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F32CB" w14:textId="68AF7D5C" w:rsidR="005E7B89" w:rsidRPr="009E271F" w:rsidRDefault="00EF0464" w:rsidP="00EF0464">
      <w:pPr>
        <w:tabs>
          <w:tab w:val="left" w:pos="5670"/>
        </w:tabs>
        <w:spacing w:line="240" w:lineRule="auto"/>
        <w:ind w:right="-1140" w:firstLine="0"/>
        <w:rPr>
          <w:rFonts w:cs="Times New Roman"/>
          <w:szCs w:val="24"/>
          <w:lang w:val="lt-LT"/>
        </w:rPr>
      </w:pPr>
      <w:bookmarkStart w:id="0" w:name="_Hlk218542610"/>
      <w:r w:rsidRPr="009E271F">
        <w:rPr>
          <w:rFonts w:cs="Times New Roman"/>
          <w:szCs w:val="24"/>
        </w:rPr>
        <w:tab/>
      </w:r>
      <w:r w:rsidR="005E7B89" w:rsidRPr="009E271F">
        <w:rPr>
          <w:rFonts w:cs="Times New Roman"/>
          <w:szCs w:val="24"/>
          <w:lang w:val="lt-LT"/>
        </w:rPr>
        <w:t>Šakių rajono savivaldybės apdovanojimų</w:t>
      </w:r>
    </w:p>
    <w:p w14:paraId="50140B49" w14:textId="77777777" w:rsidR="009E271F" w:rsidRDefault="00EF0464" w:rsidP="00EF0464">
      <w:pPr>
        <w:tabs>
          <w:tab w:val="left" w:pos="5670"/>
        </w:tabs>
        <w:spacing w:line="240" w:lineRule="auto"/>
        <w:ind w:right="-1140" w:firstLine="0"/>
        <w:rPr>
          <w:rFonts w:cs="Times New Roman"/>
          <w:szCs w:val="24"/>
          <w:lang w:val="lt-LT"/>
        </w:rPr>
      </w:pPr>
      <w:r w:rsidRPr="009E271F">
        <w:rPr>
          <w:rFonts w:cs="Times New Roman"/>
          <w:szCs w:val="24"/>
          <w:lang w:val="lt-LT"/>
        </w:rPr>
        <w:tab/>
      </w:r>
      <w:r w:rsidR="005E7B89" w:rsidRPr="009E271F">
        <w:rPr>
          <w:rFonts w:cs="Times New Roman"/>
          <w:szCs w:val="24"/>
          <w:lang w:val="lt-LT"/>
        </w:rPr>
        <w:t>tvarkos apraš</w:t>
      </w:r>
      <w:bookmarkEnd w:id="0"/>
      <w:r w:rsidR="00EE3998" w:rsidRPr="009E271F">
        <w:rPr>
          <w:rFonts w:cs="Times New Roman"/>
          <w:szCs w:val="24"/>
          <w:lang w:val="lt-LT"/>
        </w:rPr>
        <w:t xml:space="preserve">o </w:t>
      </w:r>
    </w:p>
    <w:p w14:paraId="4F2CB2D2" w14:textId="1D21683C" w:rsidR="005E7B89" w:rsidRPr="009E271F" w:rsidRDefault="009E271F" w:rsidP="00EF0464">
      <w:pPr>
        <w:tabs>
          <w:tab w:val="left" w:pos="5670"/>
        </w:tabs>
        <w:spacing w:line="240" w:lineRule="auto"/>
        <w:ind w:right="-1140" w:firstLine="0"/>
        <w:rPr>
          <w:rFonts w:cs="Times New Roman"/>
          <w:szCs w:val="24"/>
          <w:lang w:val="lt-LT"/>
        </w:rPr>
      </w:pPr>
      <w:r>
        <w:rPr>
          <w:rFonts w:cs="Times New Roman"/>
          <w:szCs w:val="24"/>
          <w:lang w:val="lt-LT"/>
        </w:rPr>
        <w:tab/>
      </w:r>
      <w:r w:rsidR="00EE3998" w:rsidRPr="009E271F">
        <w:rPr>
          <w:rFonts w:cs="Times New Roman"/>
          <w:szCs w:val="24"/>
          <w:lang w:val="lt-LT"/>
        </w:rPr>
        <w:t>4 priedas</w:t>
      </w:r>
    </w:p>
    <w:p w14:paraId="6C3F4F6F" w14:textId="77777777" w:rsidR="00B8262B" w:rsidRPr="00830AC0" w:rsidRDefault="00B8262B" w:rsidP="007B7004">
      <w:pPr>
        <w:spacing w:line="240" w:lineRule="auto"/>
        <w:ind w:right="-1140"/>
        <w:jc w:val="center"/>
        <w:rPr>
          <w:rFonts w:cs="Times New Roman"/>
          <w:szCs w:val="24"/>
          <w:lang w:val="pt-BR"/>
        </w:rPr>
      </w:pPr>
    </w:p>
    <w:p w14:paraId="2E727AE2" w14:textId="7E2FF7A7" w:rsidR="00E3530E" w:rsidRPr="009E271F" w:rsidRDefault="005E7B89" w:rsidP="009E271F">
      <w:pPr>
        <w:spacing w:line="240" w:lineRule="auto"/>
        <w:ind w:firstLine="0"/>
        <w:jc w:val="center"/>
        <w:rPr>
          <w:rFonts w:cs="Times New Roman"/>
          <w:b/>
          <w:bCs/>
          <w:szCs w:val="24"/>
          <w:lang w:val="lt-LT"/>
        </w:rPr>
      </w:pPr>
      <w:r w:rsidRPr="009E271F">
        <w:rPr>
          <w:rFonts w:cs="Times New Roman"/>
          <w:b/>
          <w:bCs/>
          <w:szCs w:val="24"/>
          <w:lang w:val="lt-LT"/>
        </w:rPr>
        <w:t>ŠAKIŲ RAJONO SAVIVALDYBĖS</w:t>
      </w:r>
      <w:r w:rsidR="009E271F" w:rsidRPr="009E271F">
        <w:rPr>
          <w:rFonts w:cs="Times New Roman"/>
          <w:b/>
          <w:bCs/>
          <w:szCs w:val="24"/>
          <w:lang w:val="lt-LT"/>
        </w:rPr>
        <w:t xml:space="preserve"> </w:t>
      </w:r>
      <w:r w:rsidR="00420554" w:rsidRPr="009E271F">
        <w:rPr>
          <w:rFonts w:cs="Times New Roman"/>
          <w:b/>
          <w:bCs/>
          <w:szCs w:val="24"/>
          <w:lang w:val="lt-LT"/>
        </w:rPr>
        <w:t>METŲ SAVIVALDOS DARBUOTOJO</w:t>
      </w:r>
      <w:r w:rsidR="00E3530E" w:rsidRPr="009E271F">
        <w:rPr>
          <w:rFonts w:cs="Times New Roman"/>
          <w:b/>
          <w:bCs/>
          <w:szCs w:val="24"/>
          <w:lang w:val="lt-LT"/>
        </w:rPr>
        <w:t xml:space="preserve"> PREMIJ</w:t>
      </w:r>
      <w:r w:rsidRPr="009E271F">
        <w:rPr>
          <w:rFonts w:cs="Times New Roman"/>
          <w:b/>
          <w:bCs/>
          <w:szCs w:val="24"/>
          <w:lang w:val="lt-LT"/>
        </w:rPr>
        <w:t>OS</w:t>
      </w:r>
      <w:r w:rsidR="00EE3998" w:rsidRPr="009E271F">
        <w:rPr>
          <w:rFonts w:cs="Times New Roman"/>
          <w:b/>
          <w:bCs/>
          <w:szCs w:val="24"/>
          <w:lang w:val="lt-LT"/>
        </w:rPr>
        <w:t xml:space="preserve"> SKYRIMO</w:t>
      </w:r>
      <w:r w:rsidRPr="009E271F">
        <w:rPr>
          <w:rFonts w:cs="Times New Roman"/>
          <w:b/>
          <w:bCs/>
          <w:szCs w:val="24"/>
          <w:lang w:val="lt-LT"/>
        </w:rPr>
        <w:t xml:space="preserve"> IR NOMINACIJŲ</w:t>
      </w:r>
      <w:r w:rsidR="00E3530E" w:rsidRPr="009E271F">
        <w:rPr>
          <w:rFonts w:cs="Times New Roman"/>
          <w:b/>
          <w:bCs/>
          <w:szCs w:val="24"/>
          <w:lang w:val="lt-LT"/>
        </w:rPr>
        <w:t xml:space="preserve"> S</w:t>
      </w:r>
      <w:r w:rsidR="00EE3998" w:rsidRPr="009E271F">
        <w:rPr>
          <w:rFonts w:cs="Times New Roman"/>
          <w:b/>
          <w:bCs/>
          <w:szCs w:val="24"/>
          <w:lang w:val="lt-LT"/>
        </w:rPr>
        <w:t>UTEIKIMO</w:t>
      </w:r>
      <w:r w:rsidRPr="009E271F">
        <w:rPr>
          <w:rFonts w:cs="Times New Roman"/>
          <w:b/>
          <w:bCs/>
          <w:szCs w:val="24"/>
          <w:lang w:val="lt-LT"/>
        </w:rPr>
        <w:t xml:space="preserve"> </w:t>
      </w:r>
      <w:r w:rsidR="004C5849" w:rsidRPr="009E271F">
        <w:rPr>
          <w:rFonts w:cs="Times New Roman"/>
          <w:b/>
          <w:bCs/>
          <w:szCs w:val="24"/>
          <w:lang w:val="lt-LT"/>
        </w:rPr>
        <w:t>NUOSTATA</w:t>
      </w:r>
      <w:r w:rsidR="00816FB1" w:rsidRPr="009E271F">
        <w:rPr>
          <w:rFonts w:cs="Times New Roman"/>
          <w:b/>
          <w:bCs/>
          <w:szCs w:val="24"/>
          <w:lang w:val="lt-LT"/>
        </w:rPr>
        <w:t>I</w:t>
      </w:r>
    </w:p>
    <w:p w14:paraId="77FCE7CA" w14:textId="77777777" w:rsidR="00816FB1" w:rsidRPr="009E271F" w:rsidRDefault="00816FB1" w:rsidP="009E271F">
      <w:pPr>
        <w:spacing w:line="240" w:lineRule="auto"/>
        <w:jc w:val="center"/>
        <w:rPr>
          <w:rFonts w:cs="Times New Roman"/>
          <w:b/>
          <w:bCs/>
          <w:szCs w:val="24"/>
          <w:lang w:val="lt-LT"/>
        </w:rPr>
      </w:pPr>
    </w:p>
    <w:p w14:paraId="6FF708C5" w14:textId="77777777" w:rsidR="00576A2A" w:rsidRPr="009E271F" w:rsidRDefault="005E7B89" w:rsidP="009E271F">
      <w:pPr>
        <w:pStyle w:val="Antrat1"/>
        <w:spacing w:line="240" w:lineRule="auto"/>
        <w:rPr>
          <w:rFonts w:cs="Times New Roman"/>
          <w:szCs w:val="24"/>
          <w:lang w:val="lt-LT"/>
        </w:rPr>
      </w:pPr>
      <w:r w:rsidRPr="009E271F">
        <w:rPr>
          <w:rFonts w:cs="Times New Roman"/>
          <w:szCs w:val="24"/>
        </w:rPr>
        <w:t>I</w:t>
      </w:r>
      <w:r w:rsidR="00576A2A" w:rsidRPr="009E271F">
        <w:rPr>
          <w:rFonts w:cs="Times New Roman"/>
          <w:szCs w:val="24"/>
          <w:lang w:val="lt-LT"/>
        </w:rPr>
        <w:t xml:space="preserve"> SKYRIUS</w:t>
      </w:r>
    </w:p>
    <w:p w14:paraId="07646FC5" w14:textId="21EF2F51" w:rsidR="00225616" w:rsidRPr="009E271F" w:rsidRDefault="00E3530E" w:rsidP="009E271F">
      <w:pPr>
        <w:pStyle w:val="Antrat1"/>
        <w:spacing w:line="240" w:lineRule="auto"/>
        <w:rPr>
          <w:rFonts w:cs="Times New Roman"/>
          <w:szCs w:val="24"/>
          <w:lang w:val="lt-LT"/>
        </w:rPr>
      </w:pPr>
      <w:r w:rsidRPr="009E271F">
        <w:rPr>
          <w:rFonts w:cs="Times New Roman"/>
          <w:szCs w:val="24"/>
          <w:lang w:val="lt-LT"/>
        </w:rPr>
        <w:t>Tikslas</w:t>
      </w:r>
    </w:p>
    <w:p w14:paraId="01A3FE55" w14:textId="77777777" w:rsidR="00B8262B" w:rsidRPr="009E271F" w:rsidRDefault="00B8262B" w:rsidP="009E271F">
      <w:pPr>
        <w:spacing w:line="240" w:lineRule="auto"/>
        <w:rPr>
          <w:rFonts w:cs="Times New Roman"/>
          <w:szCs w:val="24"/>
          <w:lang w:val="lt-LT"/>
        </w:rPr>
      </w:pPr>
    </w:p>
    <w:p w14:paraId="33208A3F" w14:textId="56F88A14" w:rsidR="00225616" w:rsidRPr="009E271F" w:rsidRDefault="005E7B89" w:rsidP="00B8262B">
      <w:pPr>
        <w:pStyle w:val="Sraopastraipa"/>
        <w:numPr>
          <w:ilvl w:val="0"/>
          <w:numId w:val="27"/>
        </w:numPr>
        <w:rPr>
          <w:rFonts w:cs="Times New Roman"/>
          <w:szCs w:val="24"/>
          <w:lang w:val="lt-LT"/>
        </w:rPr>
      </w:pPr>
      <w:r w:rsidRPr="009E271F">
        <w:rPr>
          <w:rFonts w:cs="Times New Roman"/>
          <w:szCs w:val="24"/>
          <w:lang w:val="lt-LT"/>
        </w:rPr>
        <w:t>P</w:t>
      </w:r>
      <w:r w:rsidR="00E3530E" w:rsidRPr="009E271F">
        <w:rPr>
          <w:rFonts w:cs="Times New Roman"/>
          <w:szCs w:val="24"/>
          <w:lang w:val="lt-LT"/>
        </w:rPr>
        <w:t>remij</w:t>
      </w:r>
      <w:r w:rsidRPr="009E271F">
        <w:rPr>
          <w:rFonts w:cs="Times New Roman"/>
          <w:szCs w:val="24"/>
          <w:lang w:val="lt-LT"/>
        </w:rPr>
        <w:t>os ir nominacijų</w:t>
      </w:r>
      <w:r w:rsidR="00E3530E" w:rsidRPr="009E271F">
        <w:rPr>
          <w:rFonts w:cs="Times New Roman"/>
          <w:szCs w:val="24"/>
          <w:lang w:val="lt-LT"/>
        </w:rPr>
        <w:t xml:space="preserve"> skyrimo tikslas – įvertinti ir pagerbti </w:t>
      </w:r>
      <w:r w:rsidR="00481C10" w:rsidRPr="009E271F">
        <w:rPr>
          <w:rFonts w:cs="Times New Roman"/>
          <w:szCs w:val="24"/>
          <w:lang w:val="lt-LT"/>
        </w:rPr>
        <w:t xml:space="preserve">vietos </w:t>
      </w:r>
      <w:r w:rsidR="00E32477" w:rsidRPr="009E271F">
        <w:rPr>
          <w:rFonts w:cs="Times New Roman"/>
          <w:szCs w:val="24"/>
          <w:lang w:val="lt-LT"/>
        </w:rPr>
        <w:t>savivaldos darbuotojus</w:t>
      </w:r>
      <w:r w:rsidR="00E3530E" w:rsidRPr="009E271F">
        <w:rPr>
          <w:rFonts w:cs="Times New Roman"/>
          <w:szCs w:val="24"/>
          <w:lang w:val="lt-LT"/>
        </w:rPr>
        <w:t xml:space="preserve"> už jų profesionalumą, atsakomybę, kūrybiškumą, bendruomeniškumą, savanorystės sklaidą ir išskirtinį indėlį.</w:t>
      </w:r>
    </w:p>
    <w:p w14:paraId="265488B4" w14:textId="77777777" w:rsidR="00B8262B" w:rsidRPr="009E271F" w:rsidRDefault="00B8262B" w:rsidP="009E271F">
      <w:pPr>
        <w:spacing w:line="240" w:lineRule="auto"/>
        <w:rPr>
          <w:rFonts w:cs="Times New Roman"/>
          <w:szCs w:val="24"/>
          <w:lang w:val="lt-LT"/>
        </w:rPr>
      </w:pPr>
    </w:p>
    <w:p w14:paraId="59E38634" w14:textId="77777777" w:rsidR="00576A2A" w:rsidRPr="009E271F" w:rsidRDefault="005E7B89" w:rsidP="009E271F">
      <w:pPr>
        <w:pStyle w:val="Antrat1"/>
        <w:spacing w:line="240" w:lineRule="auto"/>
        <w:rPr>
          <w:rFonts w:cs="Times New Roman"/>
          <w:szCs w:val="24"/>
          <w:lang w:val="lt-LT"/>
        </w:rPr>
      </w:pPr>
      <w:r w:rsidRPr="009E271F">
        <w:rPr>
          <w:rFonts w:cs="Times New Roman"/>
          <w:szCs w:val="24"/>
          <w:lang w:val="lt-LT"/>
        </w:rPr>
        <w:t>II</w:t>
      </w:r>
      <w:r w:rsidR="00576A2A" w:rsidRPr="009E271F">
        <w:rPr>
          <w:rFonts w:cs="Times New Roman"/>
          <w:szCs w:val="24"/>
          <w:lang w:val="lt-LT"/>
        </w:rPr>
        <w:t xml:space="preserve"> SKYRIUS</w:t>
      </w:r>
    </w:p>
    <w:p w14:paraId="661A5988" w14:textId="44A4EB9F" w:rsidR="00B8262B" w:rsidRPr="009E271F" w:rsidRDefault="00E3530E" w:rsidP="009E271F">
      <w:pPr>
        <w:pStyle w:val="Antrat1"/>
        <w:spacing w:line="240" w:lineRule="auto"/>
        <w:rPr>
          <w:rFonts w:cs="Times New Roman"/>
          <w:szCs w:val="24"/>
          <w:lang w:val="lt-LT"/>
        </w:rPr>
      </w:pPr>
      <w:r w:rsidRPr="009E271F">
        <w:rPr>
          <w:rFonts w:cs="Times New Roman"/>
          <w:szCs w:val="24"/>
          <w:lang w:val="lt-LT"/>
        </w:rPr>
        <w:t>Bendrosios nuostatos</w:t>
      </w:r>
    </w:p>
    <w:p w14:paraId="55B55102" w14:textId="77777777" w:rsidR="00B8262B" w:rsidRPr="009E271F" w:rsidRDefault="00B8262B" w:rsidP="009E271F">
      <w:pPr>
        <w:spacing w:line="240" w:lineRule="auto"/>
        <w:rPr>
          <w:rFonts w:cs="Times New Roman"/>
          <w:szCs w:val="24"/>
          <w:lang w:val="lt-LT"/>
        </w:rPr>
      </w:pPr>
    </w:p>
    <w:p w14:paraId="55FF9E0C" w14:textId="340E122B" w:rsidR="00225616" w:rsidRPr="009E271F" w:rsidRDefault="00E3530E" w:rsidP="00F57ECD">
      <w:pPr>
        <w:pStyle w:val="Sraopastraipa"/>
        <w:numPr>
          <w:ilvl w:val="0"/>
          <w:numId w:val="27"/>
        </w:numPr>
        <w:rPr>
          <w:rFonts w:cs="Times New Roman"/>
          <w:szCs w:val="24"/>
          <w:lang w:val="lt-LT"/>
        </w:rPr>
      </w:pPr>
      <w:r w:rsidRPr="009E271F">
        <w:rPr>
          <w:rFonts w:cs="Times New Roman"/>
          <w:szCs w:val="24"/>
          <w:lang w:val="lt-LT"/>
        </w:rPr>
        <w:t xml:space="preserve">Vertinant kandidatus, atsižvelgiama į veiklos rezultatus per pastaruosius </w:t>
      </w:r>
      <w:r w:rsidR="00F57ECD" w:rsidRPr="009E271F">
        <w:rPr>
          <w:rFonts w:cs="Times New Roman"/>
          <w:szCs w:val="24"/>
          <w:lang w:val="lt-LT"/>
        </w:rPr>
        <w:t>3</w:t>
      </w:r>
      <w:r w:rsidRPr="009E271F">
        <w:rPr>
          <w:rFonts w:cs="Times New Roman"/>
          <w:szCs w:val="24"/>
          <w:lang w:val="lt-LT"/>
        </w:rPr>
        <w:t xml:space="preserve"> metus (iki kvietimo teikti kandidatus paskelbimo dienos).</w:t>
      </w:r>
    </w:p>
    <w:p w14:paraId="18B7AB07" w14:textId="02C46F74" w:rsidR="00242C01" w:rsidRDefault="009D2E26" w:rsidP="00B8262B">
      <w:pPr>
        <w:pStyle w:val="HTMLiankstoformatuotas"/>
        <w:numPr>
          <w:ilvl w:val="0"/>
          <w:numId w:val="27"/>
        </w:numPr>
        <w:spacing w:line="360" w:lineRule="auto"/>
        <w:rPr>
          <w:rFonts w:ascii="Times New Roman" w:hAnsi="Times New Roman" w:cs="Times New Roman"/>
          <w:sz w:val="24"/>
          <w:szCs w:val="24"/>
        </w:rPr>
      </w:pPr>
      <w:r w:rsidRPr="009E271F">
        <w:rPr>
          <w:rFonts w:ascii="Times New Roman" w:hAnsi="Times New Roman" w:cs="Times New Roman"/>
          <w:sz w:val="24"/>
          <w:szCs w:val="24"/>
        </w:rPr>
        <w:t>Renkamas 1 Metų savivaldos darbuotojas bei skiriamos 3 nominacijo</w:t>
      </w:r>
      <w:r w:rsidR="00242C01" w:rsidRPr="009E271F">
        <w:rPr>
          <w:rFonts w:ascii="Times New Roman" w:hAnsi="Times New Roman" w:cs="Times New Roman"/>
          <w:sz w:val="24"/>
          <w:szCs w:val="24"/>
        </w:rPr>
        <w:t>s.</w:t>
      </w:r>
      <w:bookmarkStart w:id="1" w:name="_Hlk121412301"/>
    </w:p>
    <w:p w14:paraId="5A153391" w14:textId="7BDF12F6" w:rsidR="00830AC0" w:rsidRPr="00830AC0" w:rsidRDefault="00830AC0" w:rsidP="00830AC0">
      <w:pPr>
        <w:pStyle w:val="Sraopastraipa"/>
        <w:widowControl w:val="0"/>
        <w:numPr>
          <w:ilvl w:val="0"/>
          <w:numId w:val="27"/>
        </w:numPr>
        <w:autoSpaceDE w:val="0"/>
        <w:autoSpaceDN w:val="0"/>
        <w:spacing w:line="276" w:lineRule="auto"/>
        <w:contextualSpacing w:val="0"/>
        <w:rPr>
          <w:lang w:val="lt-LT"/>
        </w:rPr>
      </w:pPr>
      <w:r w:rsidRPr="00830AC0">
        <w:rPr>
          <w:lang w:val="lt-LT"/>
        </w:rPr>
        <w:t>Metų sa</w:t>
      </w:r>
      <w:r>
        <w:rPr>
          <w:lang w:val="lt-LT"/>
        </w:rPr>
        <w:t xml:space="preserve">vivaldos </w:t>
      </w:r>
      <w:r w:rsidRPr="00830AC0">
        <w:rPr>
          <w:lang w:val="lt-LT"/>
        </w:rPr>
        <w:t xml:space="preserve">darbuotojo  premijos dydis – 1000 eurų, kitoms nominacijoms skiriama po 300 eurų. Premija bei nominacijos mokamos iš savivaldybės biudžeto lėšų. </w:t>
      </w:r>
    </w:p>
    <w:bookmarkEnd w:id="1"/>
    <w:p w14:paraId="4F8DC0A2" w14:textId="7DEAF326" w:rsidR="00242C01" w:rsidRPr="009E271F" w:rsidRDefault="00242C01" w:rsidP="009E271F">
      <w:pPr>
        <w:pStyle w:val="HTMLiankstoformatuotas"/>
        <w:ind w:left="0"/>
        <w:rPr>
          <w:rFonts w:ascii="Times New Roman" w:hAnsi="Times New Roman" w:cs="Times New Roman"/>
          <w:sz w:val="24"/>
          <w:szCs w:val="24"/>
        </w:rPr>
      </w:pPr>
    </w:p>
    <w:p w14:paraId="6875E683" w14:textId="77777777" w:rsidR="00576A2A" w:rsidRPr="009E271F" w:rsidRDefault="005E7B89" w:rsidP="009E271F">
      <w:pPr>
        <w:pStyle w:val="Antrat1"/>
        <w:spacing w:line="240" w:lineRule="auto"/>
        <w:rPr>
          <w:rFonts w:cs="Times New Roman"/>
          <w:szCs w:val="24"/>
        </w:rPr>
      </w:pPr>
      <w:r w:rsidRPr="009E271F">
        <w:rPr>
          <w:rFonts w:cs="Times New Roman"/>
          <w:szCs w:val="24"/>
        </w:rPr>
        <w:t>III</w:t>
      </w:r>
      <w:r w:rsidR="00576A2A" w:rsidRPr="009E271F">
        <w:rPr>
          <w:rFonts w:cs="Times New Roman"/>
          <w:szCs w:val="24"/>
        </w:rPr>
        <w:t xml:space="preserve"> SKYRIUS</w:t>
      </w:r>
    </w:p>
    <w:p w14:paraId="47417B33" w14:textId="26C4D6EC" w:rsidR="00FF3B29" w:rsidRPr="009E271F" w:rsidRDefault="0059196D" w:rsidP="009E271F">
      <w:pPr>
        <w:pStyle w:val="Antrat1"/>
        <w:spacing w:line="240" w:lineRule="auto"/>
        <w:rPr>
          <w:rFonts w:cs="Times New Roman"/>
          <w:szCs w:val="24"/>
        </w:rPr>
      </w:pPr>
      <w:r w:rsidRPr="009E271F">
        <w:rPr>
          <w:rFonts w:cs="Times New Roman"/>
          <w:szCs w:val="24"/>
        </w:rPr>
        <w:t>Kandidatų atrankos</w:t>
      </w:r>
      <w:r w:rsidR="00E3530E" w:rsidRPr="009E271F">
        <w:rPr>
          <w:rFonts w:cs="Times New Roman"/>
          <w:szCs w:val="24"/>
        </w:rPr>
        <w:t xml:space="preserve"> kriterijai</w:t>
      </w:r>
    </w:p>
    <w:p w14:paraId="2E9B7FE1" w14:textId="77777777" w:rsidR="00C64160" w:rsidRPr="009E271F" w:rsidRDefault="00C64160" w:rsidP="009E271F">
      <w:pPr>
        <w:spacing w:line="240" w:lineRule="auto"/>
        <w:rPr>
          <w:rFonts w:cs="Times New Roman"/>
          <w:szCs w:val="24"/>
        </w:rPr>
      </w:pPr>
    </w:p>
    <w:p w14:paraId="36201BD6" w14:textId="4AD2859D" w:rsidR="00FF3B29" w:rsidRPr="009E271F" w:rsidRDefault="00960605" w:rsidP="00C64160">
      <w:pPr>
        <w:pStyle w:val="prastasiniatinklio"/>
        <w:numPr>
          <w:ilvl w:val="0"/>
          <w:numId w:val="27"/>
        </w:numPr>
        <w:spacing w:before="0" w:beforeAutospacing="0" w:after="0" w:afterAutospacing="0" w:line="360" w:lineRule="auto"/>
        <w:rPr>
          <w:rFonts w:ascii="Times New Roman" w:hAnsi="Times New Roman" w:cs="Times New Roman"/>
          <w:lang w:val="lt-LT"/>
        </w:rPr>
      </w:pPr>
      <w:r w:rsidRPr="009E271F">
        <w:rPr>
          <w:rStyle w:val="Grietas"/>
          <w:rFonts w:ascii="Times New Roman" w:hAnsi="Times New Roman" w:cs="Times New Roman"/>
          <w:b w:val="0"/>
          <w:bCs w:val="0"/>
          <w:lang w:val="lt-LT"/>
        </w:rPr>
        <w:t>Metų savivaldos darbuotojo atrankos kriterijai:</w:t>
      </w:r>
    </w:p>
    <w:p w14:paraId="08D89F16" w14:textId="54553F52" w:rsidR="00FF3B29" w:rsidRPr="009E271F" w:rsidRDefault="00FF3B29" w:rsidP="00B8262B">
      <w:pPr>
        <w:pStyle w:val="Sraopastraipa"/>
        <w:numPr>
          <w:ilvl w:val="1"/>
          <w:numId w:val="27"/>
        </w:numPr>
        <w:spacing w:before="100" w:beforeAutospacing="1" w:after="100" w:afterAutospacing="1"/>
        <w:rPr>
          <w:rFonts w:eastAsia="Times New Roman" w:cs="Times New Roman"/>
          <w:szCs w:val="24"/>
          <w:lang w:val="lt-LT" w:eastAsia="lt-LT"/>
        </w:rPr>
      </w:pPr>
      <w:r w:rsidRPr="009E271F">
        <w:rPr>
          <w:rStyle w:val="Grietas"/>
          <w:rFonts w:eastAsia="Times New Roman" w:cs="Times New Roman"/>
          <w:szCs w:val="24"/>
          <w:lang w:val="lt-LT" w:eastAsia="lt-LT"/>
        </w:rPr>
        <w:t>Profesionalumas ir atsakomybė</w:t>
      </w:r>
      <w:r w:rsidRPr="009E271F">
        <w:rPr>
          <w:rFonts w:eastAsia="Times New Roman" w:cs="Times New Roman"/>
          <w:szCs w:val="24"/>
          <w:lang w:val="lt-LT" w:eastAsia="lt-LT"/>
        </w:rPr>
        <w:t xml:space="preserve"> – nuosekliai, kokybiškai ir sąžiningai atlieka savo pareigas, rodo iniciatyvą tobulinant darbo procesus.</w:t>
      </w:r>
    </w:p>
    <w:p w14:paraId="795BC743" w14:textId="553DA7EB" w:rsidR="00FF3B29" w:rsidRPr="009E271F" w:rsidRDefault="00FF3B29" w:rsidP="00B8262B">
      <w:pPr>
        <w:pStyle w:val="Sraopastraipa"/>
        <w:numPr>
          <w:ilvl w:val="1"/>
          <w:numId w:val="27"/>
        </w:numPr>
        <w:spacing w:before="100" w:beforeAutospacing="1" w:after="100" w:afterAutospacing="1"/>
        <w:rPr>
          <w:rFonts w:eastAsia="Times New Roman" w:cs="Times New Roman"/>
          <w:szCs w:val="24"/>
          <w:lang w:val="lt-LT" w:eastAsia="lt-LT"/>
        </w:rPr>
      </w:pPr>
      <w:r w:rsidRPr="009E271F">
        <w:rPr>
          <w:rStyle w:val="Grietas"/>
          <w:rFonts w:eastAsia="Times New Roman" w:cs="Times New Roman"/>
          <w:szCs w:val="24"/>
          <w:lang w:val="lt-LT" w:eastAsia="lt-LT"/>
        </w:rPr>
        <w:t>Indėlis į savivaldos stiprinimą</w:t>
      </w:r>
      <w:r w:rsidRPr="009E271F">
        <w:rPr>
          <w:rFonts w:eastAsia="Times New Roman" w:cs="Times New Roman"/>
          <w:szCs w:val="24"/>
          <w:lang w:val="lt-LT" w:eastAsia="lt-LT"/>
        </w:rPr>
        <w:t xml:space="preserve"> – prisideda prie savivaldybės tikslų įgyvendinimo, teikiamų paslaugų gerinimo ar gyventojų poreikių sprendimo.</w:t>
      </w:r>
    </w:p>
    <w:p w14:paraId="50F83EFD" w14:textId="395FCCD8" w:rsidR="00FF3B29" w:rsidRPr="009E271F" w:rsidRDefault="00FF3B29" w:rsidP="00B8262B">
      <w:pPr>
        <w:pStyle w:val="Sraopastraipa"/>
        <w:numPr>
          <w:ilvl w:val="1"/>
          <w:numId w:val="27"/>
        </w:numPr>
        <w:spacing w:before="100" w:beforeAutospacing="1" w:after="100" w:afterAutospacing="1"/>
        <w:rPr>
          <w:rFonts w:eastAsia="Times New Roman" w:cs="Times New Roman"/>
          <w:szCs w:val="24"/>
          <w:lang w:val="lt-LT" w:eastAsia="lt-LT"/>
        </w:rPr>
      </w:pPr>
      <w:r w:rsidRPr="009E271F">
        <w:rPr>
          <w:rStyle w:val="Grietas"/>
          <w:rFonts w:eastAsia="Times New Roman" w:cs="Times New Roman"/>
          <w:szCs w:val="24"/>
          <w:lang w:val="lt-LT" w:eastAsia="lt-LT"/>
        </w:rPr>
        <w:t>Autoritetas ir pavyzdys kitiems</w:t>
      </w:r>
      <w:r w:rsidRPr="009E271F">
        <w:rPr>
          <w:rFonts w:eastAsia="Times New Roman" w:cs="Times New Roman"/>
          <w:szCs w:val="24"/>
          <w:lang w:val="lt-LT" w:eastAsia="lt-LT"/>
        </w:rPr>
        <w:t xml:space="preserve"> – pelnęs kolegų pagarbą, pasižymi etišku</w:t>
      </w:r>
      <w:r w:rsidR="0029190F" w:rsidRPr="009E271F">
        <w:rPr>
          <w:rFonts w:eastAsia="Times New Roman" w:cs="Times New Roman"/>
          <w:szCs w:val="24"/>
          <w:lang w:val="lt-LT" w:eastAsia="lt-LT"/>
        </w:rPr>
        <w:t xml:space="preserve"> </w:t>
      </w:r>
      <w:r w:rsidRPr="009E271F">
        <w:rPr>
          <w:rFonts w:eastAsia="Times New Roman" w:cs="Times New Roman"/>
          <w:szCs w:val="24"/>
          <w:lang w:val="lt-LT" w:eastAsia="lt-LT"/>
        </w:rPr>
        <w:t>elgesiu, bendruomeniškumu ir gebėjimu telkti komandą.</w:t>
      </w:r>
    </w:p>
    <w:p w14:paraId="0D321491" w14:textId="2DFCC2C9" w:rsidR="00454BCB" w:rsidRPr="009E271F" w:rsidRDefault="00454BCB" w:rsidP="00B8262B">
      <w:pPr>
        <w:pStyle w:val="Sraopastraipa"/>
        <w:numPr>
          <w:ilvl w:val="1"/>
          <w:numId w:val="27"/>
        </w:numPr>
        <w:rPr>
          <w:rFonts w:eastAsia="Times New Roman" w:cs="Times New Roman"/>
          <w:szCs w:val="24"/>
          <w:lang w:val="lt-LT"/>
        </w:rPr>
      </w:pPr>
      <w:r w:rsidRPr="009E271F">
        <w:rPr>
          <w:rFonts w:eastAsia="Times New Roman" w:cs="Times New Roman"/>
          <w:b/>
          <w:bCs/>
          <w:szCs w:val="24"/>
          <w:lang w:val="lt-LT"/>
        </w:rPr>
        <w:t>Viešojo intereso puoselėjimas</w:t>
      </w:r>
      <w:r w:rsidRPr="009E271F">
        <w:rPr>
          <w:rFonts w:eastAsia="Times New Roman" w:cs="Times New Roman"/>
          <w:szCs w:val="24"/>
          <w:lang w:val="lt-LT"/>
        </w:rPr>
        <w:t xml:space="preserve"> </w:t>
      </w:r>
      <w:r w:rsidR="00576A2A" w:rsidRPr="009E271F">
        <w:rPr>
          <w:rFonts w:eastAsia="Times New Roman" w:cs="Times New Roman"/>
          <w:szCs w:val="24"/>
          <w:lang w:val="lt-LT"/>
        </w:rPr>
        <w:t>–</w:t>
      </w:r>
      <w:r w:rsidR="0029190F" w:rsidRPr="009E271F">
        <w:rPr>
          <w:rFonts w:eastAsia="Times New Roman" w:cs="Times New Roman"/>
          <w:szCs w:val="24"/>
          <w:lang w:val="lt-LT"/>
        </w:rPr>
        <w:t xml:space="preserve"> </w:t>
      </w:r>
      <w:r w:rsidRPr="009E271F">
        <w:rPr>
          <w:rFonts w:eastAsia="Times New Roman" w:cs="Times New Roman"/>
          <w:szCs w:val="24"/>
          <w:lang w:val="lt-LT"/>
        </w:rPr>
        <w:t>vertinamas sąžiningumas, skaidrumas, pagarbos demonstravimas, viešojo intereso gynimas bei savivaldybės reputacijos stiprinimas.</w:t>
      </w:r>
    </w:p>
    <w:p w14:paraId="5865E948" w14:textId="6FF7BF02" w:rsidR="00454BCB" w:rsidRPr="009E271F" w:rsidRDefault="00AD78CA" w:rsidP="00B8262B">
      <w:pPr>
        <w:pStyle w:val="Sraopastraipa"/>
        <w:numPr>
          <w:ilvl w:val="1"/>
          <w:numId w:val="27"/>
        </w:numPr>
        <w:spacing w:before="100" w:beforeAutospacing="1" w:after="100" w:afterAutospacing="1"/>
        <w:rPr>
          <w:rFonts w:eastAsia="Times New Roman" w:cs="Times New Roman"/>
          <w:b/>
          <w:bCs/>
          <w:szCs w:val="24"/>
          <w:lang w:val="lt-LT" w:eastAsia="lt-LT"/>
        </w:rPr>
      </w:pPr>
      <w:r w:rsidRPr="009E271F">
        <w:rPr>
          <w:rFonts w:eastAsia="Times New Roman" w:cs="Times New Roman"/>
          <w:b/>
          <w:bCs/>
          <w:szCs w:val="24"/>
          <w:lang w:val="lt-LT" w:eastAsia="lt-LT"/>
        </w:rPr>
        <w:t xml:space="preserve">Lyderystė </w:t>
      </w:r>
      <w:r w:rsidR="004F751D" w:rsidRPr="009E271F">
        <w:rPr>
          <w:rFonts w:eastAsia="Times New Roman" w:cs="Times New Roman"/>
          <w:b/>
          <w:bCs/>
          <w:szCs w:val="24"/>
          <w:lang w:val="lt-LT" w:eastAsia="lt-LT"/>
        </w:rPr>
        <w:t>–</w:t>
      </w:r>
      <w:r w:rsidR="004F751D" w:rsidRPr="009E271F">
        <w:rPr>
          <w:rFonts w:cs="Times New Roman"/>
          <w:szCs w:val="24"/>
          <w:lang w:val="lt-LT"/>
        </w:rPr>
        <w:t xml:space="preserve"> gebėjimas įkvėpti, motyvuoti ir telkti komandą bendram tikslui.</w:t>
      </w:r>
    </w:p>
    <w:p w14:paraId="7BD094BB" w14:textId="77777777" w:rsidR="00B8262B" w:rsidRPr="009E271F" w:rsidRDefault="00064C53" w:rsidP="0029190F">
      <w:pPr>
        <w:pStyle w:val="Sraopastraipa"/>
        <w:numPr>
          <w:ilvl w:val="0"/>
          <w:numId w:val="27"/>
        </w:numPr>
        <w:spacing w:before="100" w:beforeAutospacing="1" w:after="100" w:afterAutospacing="1"/>
        <w:rPr>
          <w:rFonts w:eastAsia="Times New Roman" w:cs="Times New Roman"/>
          <w:szCs w:val="24"/>
          <w:lang w:val="lt-LT" w:eastAsia="lt-LT"/>
        </w:rPr>
      </w:pPr>
      <w:r w:rsidRPr="009E271F">
        <w:rPr>
          <w:rFonts w:eastAsiaTheme="minorHAnsi" w:cs="Times New Roman"/>
          <w:szCs w:val="24"/>
          <w:lang w:val="lt-LT"/>
          <w14:ligatures w14:val="standardContextual"/>
        </w:rPr>
        <w:t>Skiriamos 3 nominacij</w:t>
      </w:r>
      <w:r w:rsidR="004A63ED" w:rsidRPr="009E271F">
        <w:rPr>
          <w:rFonts w:eastAsiaTheme="minorHAnsi" w:cs="Times New Roman"/>
          <w:szCs w:val="24"/>
          <w:lang w:val="lt-LT"/>
          <w14:ligatures w14:val="standardContextual"/>
        </w:rPr>
        <w:t>os</w:t>
      </w:r>
      <w:r w:rsidRPr="009E271F">
        <w:rPr>
          <w:rFonts w:eastAsiaTheme="minorHAnsi" w:cs="Times New Roman"/>
          <w:szCs w:val="24"/>
          <w:lang w:val="lt-LT"/>
          <w14:ligatures w14:val="standardContextual"/>
        </w:rPr>
        <w:t>:</w:t>
      </w:r>
    </w:p>
    <w:p w14:paraId="4107D0E3" w14:textId="4EA45AF7" w:rsidR="00B8262B" w:rsidRPr="009E271F" w:rsidRDefault="004A63ED" w:rsidP="0029190F">
      <w:pPr>
        <w:pStyle w:val="Sraopastraipa"/>
        <w:numPr>
          <w:ilvl w:val="1"/>
          <w:numId w:val="27"/>
        </w:numPr>
        <w:spacing w:before="100" w:beforeAutospacing="1" w:after="100" w:afterAutospacing="1"/>
        <w:rPr>
          <w:rFonts w:eastAsia="Times New Roman" w:cs="Times New Roman"/>
          <w:szCs w:val="24"/>
          <w:lang w:val="lt-LT"/>
          <w14:ligatures w14:val="standardContextual"/>
        </w:rPr>
      </w:pPr>
      <w:r w:rsidRPr="009E271F">
        <w:rPr>
          <w:rFonts w:eastAsia="Times New Roman" w:cs="Times New Roman"/>
          <w:b/>
          <w:bCs/>
          <w:szCs w:val="24"/>
          <w:lang w:val="lt-LT" w:eastAsia="lt-LT"/>
        </w:rPr>
        <w:lastRenderedPageBreak/>
        <w:t>Bendruomenės balsas</w:t>
      </w:r>
      <w:r w:rsidRPr="009E271F">
        <w:rPr>
          <w:rFonts w:eastAsia="Times New Roman" w:cs="Times New Roman"/>
          <w:szCs w:val="24"/>
          <w:lang w:val="lt-LT" w:eastAsia="lt-LT"/>
        </w:rPr>
        <w:t xml:space="preserve"> </w:t>
      </w:r>
      <w:r w:rsidR="00576A2A" w:rsidRPr="009E271F">
        <w:rPr>
          <w:rFonts w:eastAsia="Times New Roman" w:cs="Times New Roman"/>
          <w:szCs w:val="24"/>
          <w:lang w:val="lt-LT" w:eastAsia="lt-LT"/>
        </w:rPr>
        <w:t>–</w:t>
      </w:r>
      <w:r w:rsidR="0029190F" w:rsidRPr="009E271F">
        <w:rPr>
          <w:rFonts w:eastAsia="Times New Roman" w:cs="Times New Roman"/>
          <w:szCs w:val="24"/>
          <w:lang w:val="lt-LT" w:eastAsia="lt-LT"/>
        </w:rPr>
        <w:t xml:space="preserve"> u</w:t>
      </w:r>
      <w:r w:rsidRPr="009E271F">
        <w:rPr>
          <w:rFonts w:eastAsia="Times New Roman" w:cs="Times New Roman"/>
          <w:szCs w:val="24"/>
          <w:lang w:val="lt-LT" w:eastAsia="lt-LT"/>
        </w:rPr>
        <w:t>ž aktyvų bendravimą su gyventojais,</w:t>
      </w:r>
      <w:r w:rsidR="00630FAD" w:rsidRPr="009E271F">
        <w:rPr>
          <w:rFonts w:eastAsia="Times New Roman" w:cs="Times New Roman"/>
          <w:szCs w:val="24"/>
          <w:lang w:val="lt-LT" w:eastAsia="lt-LT"/>
        </w:rPr>
        <w:t xml:space="preserve"> vietos bendruomenėmis, socialiniais partneriais</w:t>
      </w:r>
      <w:r w:rsidRPr="009E271F">
        <w:rPr>
          <w:rFonts w:eastAsia="Times New Roman" w:cs="Times New Roman"/>
          <w:szCs w:val="24"/>
          <w:lang w:val="lt-LT" w:eastAsia="lt-LT"/>
        </w:rPr>
        <w:t xml:space="preserve"> iniciatyvų telkimą ir gyventojų pasitikėjimo stiprinimą savivalda</w:t>
      </w:r>
      <w:r w:rsidR="007957AA" w:rsidRPr="009E271F">
        <w:rPr>
          <w:rFonts w:eastAsia="Times New Roman" w:cs="Times New Roman"/>
          <w:szCs w:val="24"/>
          <w:lang w:val="lt-LT" w:eastAsia="lt-LT"/>
        </w:rPr>
        <w:t>, prisidėjim</w:t>
      </w:r>
      <w:r w:rsidR="0029190F" w:rsidRPr="009E271F">
        <w:rPr>
          <w:rFonts w:eastAsia="Times New Roman" w:cs="Times New Roman"/>
          <w:szCs w:val="24"/>
          <w:lang w:val="lt-LT" w:eastAsia="lt-LT"/>
        </w:rPr>
        <w:t>ą</w:t>
      </w:r>
      <w:r w:rsidR="007957AA" w:rsidRPr="009E271F">
        <w:rPr>
          <w:rFonts w:eastAsia="Times New Roman" w:cs="Times New Roman"/>
          <w:szCs w:val="24"/>
          <w:lang w:val="lt-LT" w:eastAsia="lt-LT"/>
        </w:rPr>
        <w:t xml:space="preserve"> prie pilietiškumo, savanorystės ar vietos iniciatyvų skatinimo</w:t>
      </w:r>
      <w:r w:rsidRPr="009E271F">
        <w:rPr>
          <w:rFonts w:eastAsia="Times New Roman" w:cs="Times New Roman"/>
          <w:szCs w:val="24"/>
          <w:lang w:val="lt-LT" w:eastAsia="lt-LT"/>
        </w:rPr>
        <w:t>.</w:t>
      </w:r>
    </w:p>
    <w:p w14:paraId="20E794AA" w14:textId="1AF7F503" w:rsidR="00FF3B29" w:rsidRPr="009E271F" w:rsidRDefault="00FF3B29" w:rsidP="0029190F">
      <w:pPr>
        <w:pStyle w:val="Sraopastraipa"/>
        <w:numPr>
          <w:ilvl w:val="1"/>
          <w:numId w:val="27"/>
        </w:numPr>
        <w:spacing w:before="100" w:beforeAutospacing="1" w:after="100" w:afterAutospacing="1"/>
        <w:rPr>
          <w:rFonts w:eastAsia="Times New Roman" w:cs="Times New Roman"/>
          <w:szCs w:val="24"/>
          <w:lang w:val="lt-LT"/>
          <w14:ligatures w14:val="standardContextual"/>
        </w:rPr>
      </w:pPr>
      <w:r w:rsidRPr="009E271F">
        <w:rPr>
          <w:rFonts w:eastAsia="Times New Roman" w:cs="Times New Roman"/>
          <w:b/>
          <w:bCs/>
          <w:szCs w:val="24"/>
          <w:lang w:val="lt-LT" w:eastAsia="lt-LT"/>
        </w:rPr>
        <w:t>Metų iniciatyva</w:t>
      </w:r>
      <w:r w:rsidR="0029190F" w:rsidRPr="009E271F">
        <w:rPr>
          <w:rFonts w:eastAsia="Times New Roman" w:cs="Times New Roman"/>
          <w:szCs w:val="24"/>
          <w:lang w:val="lt-LT" w:eastAsia="lt-LT"/>
        </w:rPr>
        <w:t xml:space="preserve"> </w:t>
      </w:r>
      <w:r w:rsidR="00576A2A" w:rsidRPr="009E271F">
        <w:rPr>
          <w:rFonts w:eastAsia="Times New Roman" w:cs="Times New Roman"/>
          <w:szCs w:val="24"/>
          <w:lang w:val="lt-LT" w:eastAsia="lt-LT"/>
        </w:rPr>
        <w:t>–</w:t>
      </w:r>
      <w:r w:rsidR="0029190F" w:rsidRPr="009E271F">
        <w:rPr>
          <w:rFonts w:eastAsia="Times New Roman" w:cs="Times New Roman"/>
          <w:szCs w:val="24"/>
          <w:lang w:val="lt-LT" w:eastAsia="lt-LT"/>
        </w:rPr>
        <w:t xml:space="preserve"> u</w:t>
      </w:r>
      <w:r w:rsidRPr="009E271F">
        <w:rPr>
          <w:rFonts w:eastAsia="Times New Roman" w:cs="Times New Roman"/>
          <w:szCs w:val="24"/>
          <w:lang w:val="lt-LT" w:eastAsia="lt-LT"/>
        </w:rPr>
        <w:t>ž naujas idėjas, sėkmingai įgyvendintus projektus ar pokyčius, kurie pagerino savivaldybės paslaugų kokybę ar gyventojų įtraukimą</w:t>
      </w:r>
      <w:r w:rsidR="001F362E" w:rsidRPr="009E271F">
        <w:rPr>
          <w:rFonts w:eastAsia="Times New Roman" w:cs="Times New Roman"/>
          <w:szCs w:val="24"/>
          <w:lang w:val="lt-LT" w:eastAsia="lt-LT"/>
        </w:rPr>
        <w:t>,</w:t>
      </w:r>
      <w:r w:rsidR="00B44B10" w:rsidRPr="009E271F">
        <w:rPr>
          <w:rFonts w:eastAsia="Times New Roman" w:cs="Times New Roman"/>
          <w:szCs w:val="24"/>
          <w:lang w:val="lt-LT" w:eastAsia="lt-LT"/>
        </w:rPr>
        <w:t xml:space="preserve"> </w:t>
      </w:r>
      <w:r w:rsidR="00322411" w:rsidRPr="009E271F">
        <w:rPr>
          <w:rFonts w:eastAsia="Times New Roman" w:cs="Times New Roman"/>
          <w:szCs w:val="24"/>
          <w:lang w:val="lt-LT" w:eastAsia="lt-LT"/>
        </w:rPr>
        <w:t>padidino</w:t>
      </w:r>
      <w:r w:rsidR="001F362E" w:rsidRPr="009E271F">
        <w:rPr>
          <w:rFonts w:eastAsia="Times New Roman" w:cs="Times New Roman"/>
          <w:szCs w:val="24"/>
          <w:lang w:val="lt-LT" w:eastAsia="lt-LT"/>
        </w:rPr>
        <w:t xml:space="preserve"> administracijos veiklos efektyvumą</w:t>
      </w:r>
      <w:r w:rsidR="00576A2A" w:rsidRPr="009E271F">
        <w:rPr>
          <w:rFonts w:eastAsia="Times New Roman" w:cs="Times New Roman"/>
          <w:szCs w:val="24"/>
          <w:lang w:val="lt-LT" w:eastAsia="lt-LT"/>
        </w:rPr>
        <w:t>;</w:t>
      </w:r>
      <w:r w:rsidR="00FE3E3E" w:rsidRPr="009E271F">
        <w:rPr>
          <w:rFonts w:eastAsia="Times New Roman" w:cs="Times New Roman"/>
          <w:szCs w:val="24"/>
          <w:lang w:val="lt-LT"/>
          <w14:ligatures w14:val="standardContextual"/>
        </w:rPr>
        <w:t xml:space="preserve"> geb</w:t>
      </w:r>
      <w:r w:rsidR="00322411" w:rsidRPr="009E271F">
        <w:rPr>
          <w:rFonts w:eastAsia="Times New Roman" w:cs="Times New Roman"/>
          <w:szCs w:val="24"/>
          <w:lang w:val="lt-LT"/>
          <w14:ligatures w14:val="standardContextual"/>
        </w:rPr>
        <w:t>ėjimas</w:t>
      </w:r>
      <w:r w:rsidR="00FE3E3E" w:rsidRPr="009E271F">
        <w:rPr>
          <w:rFonts w:eastAsia="Times New Roman" w:cs="Times New Roman"/>
          <w:szCs w:val="24"/>
          <w:lang w:val="lt-LT"/>
          <w14:ligatures w14:val="standardContextual"/>
        </w:rPr>
        <w:t xml:space="preserve"> pritaikyti naujas idėjas, technologijas ar sprendimus savivaldos veikloje. </w:t>
      </w:r>
    </w:p>
    <w:p w14:paraId="43505610" w14:textId="39EDF071" w:rsidR="00141321" w:rsidRPr="009E271F" w:rsidRDefault="00483AEF" w:rsidP="00B8262B">
      <w:pPr>
        <w:pStyle w:val="Sraopastraipa"/>
        <w:numPr>
          <w:ilvl w:val="1"/>
          <w:numId w:val="27"/>
        </w:numPr>
        <w:rPr>
          <w:rFonts w:eastAsia="Times New Roman" w:cs="Times New Roman"/>
          <w:szCs w:val="24"/>
          <w:lang w:val="lt-LT"/>
          <w14:ligatures w14:val="standardContextual"/>
        </w:rPr>
      </w:pPr>
      <w:r w:rsidRPr="009E271F">
        <w:rPr>
          <w:rFonts w:eastAsia="Times New Roman" w:cs="Times New Roman"/>
          <w:b/>
          <w:bCs/>
          <w:szCs w:val="24"/>
          <w:lang w:val="lt-LT"/>
          <w14:ligatures w14:val="standardContextual"/>
        </w:rPr>
        <w:t>Metų komandos žmogus</w:t>
      </w:r>
      <w:r w:rsidRPr="009E271F">
        <w:rPr>
          <w:rFonts w:eastAsia="Times New Roman" w:cs="Times New Roman"/>
          <w:szCs w:val="24"/>
          <w:lang w:val="lt-LT"/>
          <w14:ligatures w14:val="standardContextual"/>
        </w:rPr>
        <w:t xml:space="preserve"> – už  bendradarbiavimą, kolegų palaikymą ir teigiamą įtaką darbo atmosferai</w:t>
      </w:r>
      <w:r w:rsidR="00913871" w:rsidRPr="009E271F">
        <w:rPr>
          <w:rFonts w:eastAsia="Times New Roman" w:cs="Times New Roman"/>
          <w:szCs w:val="24"/>
          <w:lang w:val="lt-LT"/>
          <w14:ligatures w14:val="standardContextual"/>
        </w:rPr>
        <w:t>, gebėjimą padėti susiduriant su kasdieniais iššūkiais</w:t>
      </w:r>
      <w:r w:rsidR="00C604B1" w:rsidRPr="009E271F">
        <w:rPr>
          <w:rFonts w:eastAsia="Times New Roman" w:cs="Times New Roman"/>
          <w:szCs w:val="24"/>
          <w:lang w:val="lt-LT"/>
          <w14:ligatures w14:val="standardContextual"/>
        </w:rPr>
        <w:t>.</w:t>
      </w:r>
      <w:r w:rsidRPr="009E271F">
        <w:rPr>
          <w:rFonts w:eastAsia="Times New Roman" w:cs="Times New Roman"/>
          <w:szCs w:val="24"/>
          <w:lang w:val="lt-LT"/>
          <w14:ligatures w14:val="standardContextual"/>
        </w:rPr>
        <w:t xml:space="preserve"> </w:t>
      </w:r>
    </w:p>
    <w:p w14:paraId="7C49B278" w14:textId="77777777" w:rsidR="00B8262B" w:rsidRPr="009E271F" w:rsidRDefault="00B8262B" w:rsidP="009E271F">
      <w:pPr>
        <w:pStyle w:val="Sraopastraipa"/>
        <w:spacing w:line="240" w:lineRule="auto"/>
        <w:ind w:firstLine="0"/>
        <w:rPr>
          <w:rFonts w:eastAsia="Times New Roman" w:cs="Times New Roman"/>
          <w:szCs w:val="24"/>
          <w:lang w:val="lt-LT"/>
          <w14:ligatures w14:val="standardContextual"/>
        </w:rPr>
      </w:pPr>
    </w:p>
    <w:p w14:paraId="0F4B67F2" w14:textId="77777777" w:rsidR="00576A2A" w:rsidRPr="009E271F" w:rsidRDefault="00962641" w:rsidP="009E271F">
      <w:pPr>
        <w:pStyle w:val="Antrat1"/>
        <w:spacing w:line="240" w:lineRule="auto"/>
        <w:rPr>
          <w:rFonts w:cs="Times New Roman"/>
          <w:szCs w:val="24"/>
          <w:lang w:val="lt-LT" w:eastAsia="lt-LT"/>
        </w:rPr>
      </w:pPr>
      <w:r w:rsidRPr="009E271F">
        <w:rPr>
          <w:rFonts w:cs="Times New Roman"/>
          <w:szCs w:val="24"/>
          <w:lang w:val="lt-LT" w:eastAsia="lt-LT"/>
        </w:rPr>
        <w:t>IV</w:t>
      </w:r>
      <w:r w:rsidR="00576A2A" w:rsidRPr="009E271F">
        <w:rPr>
          <w:rFonts w:cs="Times New Roman"/>
          <w:szCs w:val="24"/>
          <w:lang w:val="lt-LT" w:eastAsia="lt-LT"/>
        </w:rPr>
        <w:t xml:space="preserve"> SKYRIUS</w:t>
      </w:r>
    </w:p>
    <w:p w14:paraId="0D6F983D" w14:textId="1FAEC86B" w:rsidR="00064C53" w:rsidRPr="009E271F" w:rsidRDefault="00962641" w:rsidP="009E271F">
      <w:pPr>
        <w:pStyle w:val="Antrat1"/>
        <w:spacing w:line="240" w:lineRule="auto"/>
        <w:rPr>
          <w:rFonts w:cs="Times New Roman"/>
          <w:szCs w:val="24"/>
          <w:lang w:val="lt-LT" w:eastAsia="lt-LT"/>
        </w:rPr>
      </w:pPr>
      <w:r w:rsidRPr="009E271F">
        <w:rPr>
          <w:rFonts w:cs="Times New Roman"/>
          <w:szCs w:val="24"/>
          <w:lang w:val="lt-LT" w:eastAsia="lt-LT"/>
        </w:rPr>
        <w:t>Premijos ir nominacijų</w:t>
      </w:r>
      <w:r w:rsidR="00C3609E" w:rsidRPr="009E271F">
        <w:rPr>
          <w:rFonts w:cs="Times New Roman"/>
          <w:szCs w:val="24"/>
          <w:lang w:val="lt-LT" w:eastAsia="lt-LT"/>
        </w:rPr>
        <w:t xml:space="preserve"> skyrimo tvarka</w:t>
      </w:r>
    </w:p>
    <w:p w14:paraId="578B7C2C" w14:textId="77777777" w:rsidR="00B8262B" w:rsidRPr="009E271F" w:rsidRDefault="00B8262B" w:rsidP="009E271F">
      <w:pPr>
        <w:spacing w:line="240" w:lineRule="auto"/>
        <w:rPr>
          <w:rFonts w:cs="Times New Roman"/>
          <w:szCs w:val="24"/>
          <w:lang w:val="lt-LT" w:eastAsia="lt-LT"/>
        </w:rPr>
      </w:pPr>
    </w:p>
    <w:p w14:paraId="25EFED40" w14:textId="62C1B531" w:rsidR="008A7698" w:rsidRPr="009E271F" w:rsidRDefault="002C550B" w:rsidP="00B8262B">
      <w:pPr>
        <w:pStyle w:val="HTMLiankstoformatuotas"/>
        <w:numPr>
          <w:ilvl w:val="0"/>
          <w:numId w:val="31"/>
        </w:numPr>
        <w:spacing w:line="360" w:lineRule="auto"/>
        <w:rPr>
          <w:rFonts w:ascii="Times New Roman" w:hAnsi="Times New Roman" w:cs="Times New Roman"/>
          <w:sz w:val="24"/>
          <w:szCs w:val="24"/>
        </w:rPr>
      </w:pPr>
      <w:r w:rsidRPr="009E271F">
        <w:rPr>
          <w:rFonts w:ascii="Times New Roman" w:hAnsi="Times New Roman" w:cs="Times New Roman"/>
          <w:sz w:val="24"/>
          <w:szCs w:val="24"/>
        </w:rPr>
        <w:t xml:space="preserve">Kvietimas teikti kandidatų pasiūlymus Metų savivaldos darbuotojo </w:t>
      </w:r>
      <w:r w:rsidR="00D45B95" w:rsidRPr="009E271F">
        <w:rPr>
          <w:rFonts w:ascii="Times New Roman" w:hAnsi="Times New Roman" w:cs="Times New Roman"/>
          <w:sz w:val="24"/>
          <w:szCs w:val="24"/>
        </w:rPr>
        <w:t>premijos ir nominacijų skyrimui skelbiamas savivaldybės interneto svetainėje</w:t>
      </w:r>
      <w:r w:rsidR="007C586E" w:rsidRPr="009E271F">
        <w:rPr>
          <w:rFonts w:ascii="Times New Roman" w:hAnsi="Times New Roman" w:cs="Times New Roman"/>
          <w:sz w:val="24"/>
          <w:szCs w:val="24"/>
        </w:rPr>
        <w:t xml:space="preserve"> </w:t>
      </w:r>
      <w:hyperlink r:id="rId8" w:history="1">
        <w:r w:rsidR="007C586E" w:rsidRPr="009E271F">
          <w:rPr>
            <w:rStyle w:val="Hipersaitas"/>
            <w:rFonts w:ascii="Times New Roman" w:eastAsiaTheme="majorEastAsia" w:hAnsi="Times New Roman" w:cs="Times New Roman"/>
            <w:sz w:val="24"/>
            <w:szCs w:val="24"/>
          </w:rPr>
          <w:t>https://www.sakiai.lt/</w:t>
        </w:r>
      </w:hyperlink>
      <w:r w:rsidR="00576A2A" w:rsidRPr="009E271F">
        <w:rPr>
          <w:rFonts w:ascii="Times New Roman" w:hAnsi="Times New Roman" w:cs="Times New Roman"/>
          <w:sz w:val="24"/>
          <w:szCs w:val="24"/>
        </w:rPr>
        <w:t xml:space="preserve"> </w:t>
      </w:r>
      <w:r w:rsidR="008A7698" w:rsidRPr="009E271F">
        <w:rPr>
          <w:rFonts w:ascii="Times New Roman" w:hAnsi="Times New Roman" w:cs="Times New Roman"/>
          <w:sz w:val="24"/>
          <w:szCs w:val="24"/>
        </w:rPr>
        <w:t xml:space="preserve">Kandidatūras </w:t>
      </w:r>
      <w:r w:rsidR="00962641" w:rsidRPr="009E271F">
        <w:rPr>
          <w:rFonts w:ascii="Times New Roman" w:hAnsi="Times New Roman" w:cs="Times New Roman"/>
          <w:sz w:val="24"/>
          <w:szCs w:val="24"/>
        </w:rPr>
        <w:t>premijai ir nominacijoms</w:t>
      </w:r>
      <w:r w:rsidR="008A7698" w:rsidRPr="009E271F">
        <w:rPr>
          <w:rFonts w:ascii="Times New Roman" w:hAnsi="Times New Roman" w:cs="Times New Roman"/>
          <w:sz w:val="24"/>
          <w:szCs w:val="24"/>
        </w:rPr>
        <w:t xml:space="preserve"> gauti turi teisę siūlyti </w:t>
      </w:r>
      <w:r w:rsidR="00FA584E" w:rsidRPr="009E271F">
        <w:rPr>
          <w:rFonts w:ascii="Times New Roman" w:hAnsi="Times New Roman" w:cs="Times New Roman"/>
          <w:sz w:val="24"/>
          <w:szCs w:val="24"/>
        </w:rPr>
        <w:t xml:space="preserve">fiziniai ir juridiniai asmenys, </w:t>
      </w:r>
      <w:r w:rsidR="008A7698" w:rsidRPr="009E271F">
        <w:rPr>
          <w:rFonts w:ascii="Times New Roman" w:hAnsi="Times New Roman" w:cs="Times New Roman"/>
          <w:sz w:val="24"/>
          <w:szCs w:val="24"/>
        </w:rPr>
        <w:t xml:space="preserve">administracijos darbuotojai, </w:t>
      </w:r>
      <w:r w:rsidR="004063D9" w:rsidRPr="009E271F">
        <w:rPr>
          <w:rFonts w:ascii="Times New Roman" w:hAnsi="Times New Roman" w:cs="Times New Roman"/>
          <w:sz w:val="24"/>
          <w:szCs w:val="24"/>
        </w:rPr>
        <w:t xml:space="preserve">seniūnaičiai, savivaldybės tarybos nariai, </w:t>
      </w:r>
      <w:r w:rsidR="008A7698" w:rsidRPr="009E271F">
        <w:rPr>
          <w:rFonts w:ascii="Times New Roman" w:hAnsi="Times New Roman" w:cs="Times New Roman"/>
          <w:sz w:val="24"/>
          <w:szCs w:val="24"/>
        </w:rPr>
        <w:t>vietos bendruomenės, socialiniai partneriai.</w:t>
      </w:r>
    </w:p>
    <w:p w14:paraId="7FF683F9" w14:textId="5ABB39D7" w:rsidR="008A7698" w:rsidRPr="009E271F" w:rsidRDefault="008A7698" w:rsidP="00B8262B">
      <w:pPr>
        <w:pStyle w:val="HTMLiankstoformatuotas"/>
        <w:numPr>
          <w:ilvl w:val="0"/>
          <w:numId w:val="31"/>
        </w:numPr>
        <w:spacing w:line="360" w:lineRule="auto"/>
        <w:rPr>
          <w:rFonts w:ascii="Times New Roman" w:hAnsi="Times New Roman" w:cs="Times New Roman"/>
          <w:sz w:val="24"/>
          <w:szCs w:val="24"/>
        </w:rPr>
      </w:pPr>
      <w:r w:rsidRPr="009E271F">
        <w:rPr>
          <w:rFonts w:ascii="Times New Roman" w:hAnsi="Times New Roman" w:cs="Times New Roman"/>
          <w:sz w:val="24"/>
          <w:szCs w:val="24"/>
        </w:rPr>
        <w:t xml:space="preserve">Kandidatūros raštu teikiamos </w:t>
      </w:r>
      <w:r w:rsidR="009877C1" w:rsidRPr="009E271F">
        <w:rPr>
          <w:rFonts w:ascii="Times New Roman" w:hAnsi="Times New Roman" w:cs="Times New Roman"/>
          <w:sz w:val="24"/>
          <w:szCs w:val="24"/>
        </w:rPr>
        <w:t xml:space="preserve">savivaldybės </w:t>
      </w:r>
      <w:r w:rsidR="00B83BE9" w:rsidRPr="009E271F">
        <w:rPr>
          <w:rFonts w:ascii="Times New Roman" w:hAnsi="Times New Roman" w:cs="Times New Roman"/>
          <w:sz w:val="24"/>
          <w:szCs w:val="24"/>
        </w:rPr>
        <w:t xml:space="preserve">administracijos direktoriui </w:t>
      </w:r>
      <w:r w:rsidR="00E96DC6" w:rsidRPr="009E271F">
        <w:rPr>
          <w:rFonts w:ascii="Times New Roman" w:hAnsi="Times New Roman" w:cs="Times New Roman"/>
          <w:sz w:val="24"/>
          <w:szCs w:val="24"/>
        </w:rPr>
        <w:t xml:space="preserve">per savivaldybės dokumentų valdymo sistemą arba el. paštu </w:t>
      </w:r>
      <w:hyperlink r:id="rId9" w:history="1">
        <w:r w:rsidR="00E96DC6" w:rsidRPr="009E271F">
          <w:rPr>
            <w:rStyle w:val="Hipersaitas"/>
            <w:rFonts w:ascii="Times New Roman" w:hAnsi="Times New Roman" w:cs="Times New Roman"/>
            <w:sz w:val="24"/>
            <w:szCs w:val="24"/>
          </w:rPr>
          <w:t>savivaldybe@sakiai.lt</w:t>
        </w:r>
      </w:hyperlink>
      <w:r w:rsidR="00E96DC6" w:rsidRPr="009E271F">
        <w:rPr>
          <w:rFonts w:ascii="Times New Roman" w:hAnsi="Times New Roman" w:cs="Times New Roman"/>
          <w:sz w:val="24"/>
          <w:szCs w:val="24"/>
        </w:rPr>
        <w:t xml:space="preserve"> </w:t>
      </w:r>
      <w:r w:rsidR="00B83BE9" w:rsidRPr="009E271F">
        <w:rPr>
          <w:rFonts w:ascii="Times New Roman" w:hAnsi="Times New Roman" w:cs="Times New Roman"/>
          <w:sz w:val="24"/>
          <w:szCs w:val="24"/>
        </w:rPr>
        <w:t xml:space="preserve">pagal </w:t>
      </w:r>
      <w:r w:rsidR="00122CA2" w:rsidRPr="009E271F">
        <w:rPr>
          <w:rFonts w:ascii="Times New Roman" w:hAnsi="Times New Roman" w:cs="Times New Roman"/>
          <w:sz w:val="24"/>
          <w:szCs w:val="24"/>
        </w:rPr>
        <w:t>teikimą Metų savivaldos darbuotojo premijos skyrimui</w:t>
      </w:r>
      <w:r w:rsidR="00B83BE9" w:rsidRPr="009E271F">
        <w:rPr>
          <w:rFonts w:ascii="Times New Roman" w:hAnsi="Times New Roman" w:cs="Times New Roman"/>
          <w:sz w:val="24"/>
          <w:szCs w:val="24"/>
        </w:rPr>
        <w:t xml:space="preserve"> (</w:t>
      </w:r>
      <w:r w:rsidR="00122CA2" w:rsidRPr="009E271F">
        <w:rPr>
          <w:rFonts w:ascii="Times New Roman" w:hAnsi="Times New Roman" w:cs="Times New Roman"/>
          <w:sz w:val="24"/>
          <w:szCs w:val="24"/>
        </w:rPr>
        <w:t>1 priedas</w:t>
      </w:r>
      <w:r w:rsidR="004B55D2" w:rsidRPr="009E271F">
        <w:rPr>
          <w:rFonts w:ascii="Times New Roman" w:hAnsi="Times New Roman" w:cs="Times New Roman"/>
          <w:sz w:val="24"/>
          <w:szCs w:val="24"/>
        </w:rPr>
        <w:t>)</w:t>
      </w:r>
      <w:r w:rsidR="00EE025F" w:rsidRPr="009E271F">
        <w:rPr>
          <w:rFonts w:ascii="Times New Roman" w:hAnsi="Times New Roman" w:cs="Times New Roman"/>
          <w:sz w:val="24"/>
          <w:szCs w:val="24"/>
        </w:rPr>
        <w:t xml:space="preserve"> (toliau – Teikimas)</w:t>
      </w:r>
      <w:r w:rsidR="004B55D2" w:rsidRPr="009E271F">
        <w:rPr>
          <w:rFonts w:ascii="Times New Roman" w:hAnsi="Times New Roman" w:cs="Times New Roman"/>
          <w:sz w:val="24"/>
          <w:szCs w:val="24"/>
        </w:rPr>
        <w:t>.</w:t>
      </w:r>
      <w:r w:rsidR="004671FF" w:rsidRPr="009E271F">
        <w:rPr>
          <w:rFonts w:ascii="Times New Roman" w:hAnsi="Times New Roman" w:cs="Times New Roman"/>
          <w:sz w:val="24"/>
          <w:szCs w:val="24"/>
        </w:rPr>
        <w:t xml:space="preserve"> Kartu su </w:t>
      </w:r>
      <w:r w:rsidR="00EE025F" w:rsidRPr="009E271F">
        <w:rPr>
          <w:rFonts w:ascii="Times New Roman" w:hAnsi="Times New Roman" w:cs="Times New Roman"/>
          <w:sz w:val="24"/>
          <w:szCs w:val="24"/>
        </w:rPr>
        <w:t>Teikimu</w:t>
      </w:r>
      <w:r w:rsidR="004671FF" w:rsidRPr="009E271F">
        <w:rPr>
          <w:rFonts w:ascii="Times New Roman" w:hAnsi="Times New Roman" w:cs="Times New Roman"/>
          <w:sz w:val="24"/>
          <w:szCs w:val="24"/>
        </w:rPr>
        <w:t xml:space="preserve"> būtina pateikti  kandidato sutikimą dėl asmens duomenų tvarkymo</w:t>
      </w:r>
      <w:r w:rsidR="003F6BA7" w:rsidRPr="009E271F">
        <w:rPr>
          <w:rFonts w:ascii="Times New Roman" w:hAnsi="Times New Roman" w:cs="Times New Roman"/>
          <w:sz w:val="24"/>
          <w:szCs w:val="24"/>
        </w:rPr>
        <w:t xml:space="preserve"> (</w:t>
      </w:r>
      <w:r w:rsidR="00EE025F" w:rsidRPr="009E271F">
        <w:rPr>
          <w:rFonts w:ascii="Times New Roman" w:hAnsi="Times New Roman" w:cs="Times New Roman"/>
          <w:sz w:val="24"/>
          <w:szCs w:val="24"/>
        </w:rPr>
        <w:t>2</w:t>
      </w:r>
      <w:r w:rsidR="003F6BA7" w:rsidRPr="009E271F">
        <w:rPr>
          <w:rFonts w:ascii="Times New Roman" w:hAnsi="Times New Roman" w:cs="Times New Roman"/>
          <w:sz w:val="24"/>
          <w:szCs w:val="24"/>
        </w:rPr>
        <w:t xml:space="preserve"> priedas).</w:t>
      </w:r>
    </w:p>
    <w:p w14:paraId="2F31D24F" w14:textId="28B3F75B" w:rsidR="008A7698" w:rsidRPr="009E271F" w:rsidRDefault="00EE025F" w:rsidP="00B8262B">
      <w:pPr>
        <w:pStyle w:val="HTMLiankstoformatuotas"/>
        <w:numPr>
          <w:ilvl w:val="0"/>
          <w:numId w:val="31"/>
        </w:numPr>
        <w:spacing w:line="360" w:lineRule="auto"/>
        <w:rPr>
          <w:rFonts w:ascii="Times New Roman" w:hAnsi="Times New Roman" w:cs="Times New Roman"/>
          <w:sz w:val="24"/>
          <w:szCs w:val="24"/>
        </w:rPr>
      </w:pPr>
      <w:r w:rsidRPr="009E271F">
        <w:rPr>
          <w:rFonts w:ascii="Times New Roman" w:hAnsi="Times New Roman" w:cs="Times New Roman"/>
          <w:color w:val="000000" w:themeColor="text1"/>
          <w:sz w:val="24"/>
          <w:szCs w:val="24"/>
        </w:rPr>
        <w:t>Teikimai</w:t>
      </w:r>
      <w:r w:rsidR="008A7698" w:rsidRPr="009E271F">
        <w:rPr>
          <w:rFonts w:ascii="Times New Roman" w:hAnsi="Times New Roman" w:cs="Times New Roman"/>
          <w:color w:val="000000" w:themeColor="text1"/>
          <w:sz w:val="24"/>
          <w:szCs w:val="24"/>
        </w:rPr>
        <w:t xml:space="preserve"> teikiam</w:t>
      </w:r>
      <w:r w:rsidR="00372E88" w:rsidRPr="009E271F">
        <w:rPr>
          <w:rFonts w:ascii="Times New Roman" w:hAnsi="Times New Roman" w:cs="Times New Roman"/>
          <w:color w:val="000000" w:themeColor="text1"/>
          <w:sz w:val="24"/>
          <w:szCs w:val="24"/>
        </w:rPr>
        <w:t>i</w:t>
      </w:r>
      <w:r w:rsidR="008A7698" w:rsidRPr="009E271F">
        <w:rPr>
          <w:rFonts w:ascii="Times New Roman" w:hAnsi="Times New Roman" w:cs="Times New Roman"/>
          <w:color w:val="000000" w:themeColor="text1"/>
          <w:sz w:val="24"/>
          <w:szCs w:val="24"/>
        </w:rPr>
        <w:t xml:space="preserve"> iki einamųjų metų </w:t>
      </w:r>
      <w:r w:rsidR="004B55D2" w:rsidRPr="009E271F">
        <w:rPr>
          <w:rFonts w:ascii="Times New Roman" w:hAnsi="Times New Roman" w:cs="Times New Roman"/>
          <w:color w:val="000000" w:themeColor="text1"/>
          <w:sz w:val="24"/>
          <w:szCs w:val="24"/>
        </w:rPr>
        <w:t>rugsėjo 1</w:t>
      </w:r>
      <w:r w:rsidR="008A7698" w:rsidRPr="009E271F">
        <w:rPr>
          <w:rFonts w:ascii="Times New Roman" w:hAnsi="Times New Roman" w:cs="Times New Roman"/>
          <w:sz w:val="24"/>
          <w:szCs w:val="24"/>
        </w:rPr>
        <w:t xml:space="preserve"> d.</w:t>
      </w:r>
    </w:p>
    <w:p w14:paraId="255DE077" w14:textId="3C510D04" w:rsidR="008A7698" w:rsidRPr="009E271F" w:rsidRDefault="00FF07D9" w:rsidP="00B8262B">
      <w:pPr>
        <w:pStyle w:val="HTMLiankstoformatuotas"/>
        <w:numPr>
          <w:ilvl w:val="0"/>
          <w:numId w:val="31"/>
        </w:numPr>
        <w:spacing w:line="360" w:lineRule="auto"/>
        <w:rPr>
          <w:rFonts w:ascii="Times New Roman" w:hAnsi="Times New Roman" w:cs="Times New Roman"/>
          <w:sz w:val="24"/>
          <w:szCs w:val="24"/>
        </w:rPr>
      </w:pPr>
      <w:r w:rsidRPr="009E271F">
        <w:rPr>
          <w:rFonts w:ascii="Times New Roman" w:hAnsi="Times New Roman" w:cs="Times New Roman"/>
          <w:sz w:val="24"/>
          <w:szCs w:val="24"/>
        </w:rPr>
        <w:t>Teikimai</w:t>
      </w:r>
      <w:r w:rsidR="00576A2A" w:rsidRPr="009E271F">
        <w:rPr>
          <w:rFonts w:ascii="Times New Roman" w:hAnsi="Times New Roman" w:cs="Times New Roman"/>
          <w:sz w:val="24"/>
          <w:szCs w:val="24"/>
        </w:rPr>
        <w:t>,</w:t>
      </w:r>
      <w:r w:rsidRPr="009E271F">
        <w:rPr>
          <w:rFonts w:ascii="Times New Roman" w:hAnsi="Times New Roman" w:cs="Times New Roman"/>
          <w:sz w:val="24"/>
          <w:szCs w:val="24"/>
        </w:rPr>
        <w:t xml:space="preserve"> gauti</w:t>
      </w:r>
      <w:r w:rsidR="008A7698" w:rsidRPr="009E271F">
        <w:rPr>
          <w:rFonts w:ascii="Times New Roman" w:hAnsi="Times New Roman" w:cs="Times New Roman"/>
          <w:sz w:val="24"/>
          <w:szCs w:val="24"/>
        </w:rPr>
        <w:t xml:space="preserve"> po nustatyto termino, nevertinam</w:t>
      </w:r>
      <w:r w:rsidRPr="009E271F">
        <w:rPr>
          <w:rFonts w:ascii="Times New Roman" w:hAnsi="Times New Roman" w:cs="Times New Roman"/>
          <w:sz w:val="24"/>
          <w:szCs w:val="24"/>
        </w:rPr>
        <w:t>i</w:t>
      </w:r>
      <w:r w:rsidR="008A7698" w:rsidRPr="009E271F">
        <w:rPr>
          <w:rFonts w:ascii="Times New Roman" w:hAnsi="Times New Roman" w:cs="Times New Roman"/>
          <w:sz w:val="24"/>
          <w:szCs w:val="24"/>
        </w:rPr>
        <w:t>.</w:t>
      </w:r>
    </w:p>
    <w:p w14:paraId="5BC60DFC" w14:textId="0C6D21BB" w:rsidR="003F6BA7" w:rsidRPr="009E271F" w:rsidRDefault="00D41E99" w:rsidP="00B552DA">
      <w:pPr>
        <w:pStyle w:val="HTMLiankstoformatuotas"/>
        <w:numPr>
          <w:ilvl w:val="0"/>
          <w:numId w:val="31"/>
        </w:numPr>
        <w:spacing w:line="360" w:lineRule="auto"/>
        <w:rPr>
          <w:rFonts w:ascii="Times New Roman" w:hAnsi="Times New Roman" w:cs="Times New Roman"/>
          <w:sz w:val="24"/>
          <w:szCs w:val="24"/>
        </w:rPr>
      </w:pPr>
      <w:r w:rsidRPr="009E271F">
        <w:rPr>
          <w:rFonts w:ascii="Times New Roman" w:hAnsi="Times New Roman" w:cs="Times New Roman"/>
          <w:color w:val="000000" w:themeColor="text1"/>
          <w:sz w:val="24"/>
          <w:szCs w:val="24"/>
        </w:rPr>
        <w:t>P</w:t>
      </w:r>
      <w:r w:rsidR="008A7698" w:rsidRPr="009E271F">
        <w:rPr>
          <w:rFonts w:ascii="Times New Roman" w:hAnsi="Times New Roman" w:cs="Times New Roman"/>
          <w:color w:val="000000" w:themeColor="text1"/>
          <w:sz w:val="24"/>
          <w:szCs w:val="24"/>
        </w:rPr>
        <w:t>ateiktoms kandidatūroms svarstyti</w:t>
      </w:r>
      <w:r w:rsidR="004939FA" w:rsidRPr="009E271F">
        <w:rPr>
          <w:rFonts w:ascii="Times New Roman" w:hAnsi="Times New Roman" w:cs="Times New Roman"/>
          <w:color w:val="000000" w:themeColor="text1"/>
          <w:sz w:val="24"/>
          <w:szCs w:val="24"/>
        </w:rPr>
        <w:t xml:space="preserve"> savivaldybės mero potvarkiu</w:t>
      </w:r>
      <w:r w:rsidR="008A7698" w:rsidRPr="009E271F">
        <w:rPr>
          <w:rFonts w:ascii="Times New Roman" w:hAnsi="Times New Roman" w:cs="Times New Roman"/>
          <w:color w:val="000000" w:themeColor="text1"/>
          <w:sz w:val="24"/>
          <w:szCs w:val="24"/>
        </w:rPr>
        <w:t xml:space="preserve"> </w:t>
      </w:r>
      <w:r w:rsidR="002A14C7" w:rsidRPr="009E271F">
        <w:rPr>
          <w:rFonts w:ascii="Times New Roman" w:hAnsi="Times New Roman" w:cs="Times New Roman"/>
          <w:color w:val="000000" w:themeColor="text1"/>
          <w:sz w:val="24"/>
          <w:szCs w:val="24"/>
        </w:rPr>
        <w:t>iš ne mažiau kaip 5 narių</w:t>
      </w:r>
      <w:r w:rsidR="008A7698" w:rsidRPr="009E271F">
        <w:rPr>
          <w:rFonts w:ascii="Times New Roman" w:hAnsi="Times New Roman" w:cs="Times New Roman"/>
          <w:color w:val="000000" w:themeColor="text1"/>
          <w:sz w:val="24"/>
          <w:szCs w:val="24"/>
        </w:rPr>
        <w:t xml:space="preserve"> sudaroma </w:t>
      </w:r>
      <w:r w:rsidR="002A14C7" w:rsidRPr="009E271F">
        <w:rPr>
          <w:rFonts w:ascii="Times New Roman" w:hAnsi="Times New Roman" w:cs="Times New Roman"/>
          <w:color w:val="000000" w:themeColor="text1"/>
          <w:sz w:val="24"/>
          <w:szCs w:val="24"/>
        </w:rPr>
        <w:t>komisija</w:t>
      </w:r>
      <w:r w:rsidR="008A7698" w:rsidRPr="009E271F">
        <w:rPr>
          <w:rFonts w:ascii="Times New Roman" w:hAnsi="Times New Roman" w:cs="Times New Roman"/>
          <w:color w:val="000000" w:themeColor="text1"/>
          <w:sz w:val="24"/>
          <w:szCs w:val="24"/>
        </w:rPr>
        <w:t xml:space="preserve">. </w:t>
      </w:r>
      <w:r w:rsidR="007B72F1" w:rsidRPr="009E271F">
        <w:rPr>
          <w:rFonts w:ascii="Times New Roman" w:hAnsi="Times New Roman" w:cs="Times New Roman"/>
          <w:color w:val="000000" w:themeColor="text1"/>
          <w:sz w:val="24"/>
          <w:szCs w:val="24"/>
        </w:rPr>
        <w:t>Komisija sudaroma iš savivaldybės administracijos direktoriaus, seniūnaičių</w:t>
      </w:r>
      <w:r w:rsidR="007236E3" w:rsidRPr="009E271F">
        <w:rPr>
          <w:rFonts w:ascii="Times New Roman" w:hAnsi="Times New Roman" w:cs="Times New Roman"/>
          <w:color w:val="000000" w:themeColor="text1"/>
          <w:sz w:val="24"/>
          <w:szCs w:val="24"/>
        </w:rPr>
        <w:t xml:space="preserve"> atstovų, darbo tarybos atstovo, seniūnų atstovo, vicemero</w:t>
      </w:r>
      <w:r w:rsidR="00FF07D9" w:rsidRPr="009E271F">
        <w:rPr>
          <w:rFonts w:ascii="Times New Roman" w:hAnsi="Times New Roman" w:cs="Times New Roman"/>
          <w:color w:val="000000" w:themeColor="text1"/>
          <w:sz w:val="24"/>
          <w:szCs w:val="24"/>
        </w:rPr>
        <w:t>, savivaldybės administracijos darbuotojų</w:t>
      </w:r>
      <w:r w:rsidR="00205D53" w:rsidRPr="009E271F">
        <w:rPr>
          <w:rFonts w:ascii="Times New Roman" w:hAnsi="Times New Roman" w:cs="Times New Roman"/>
          <w:color w:val="000000" w:themeColor="text1"/>
          <w:sz w:val="24"/>
          <w:szCs w:val="24"/>
        </w:rPr>
        <w:t xml:space="preserve"> ir kt.</w:t>
      </w:r>
    </w:p>
    <w:p w14:paraId="3251F479" w14:textId="3EE263E7" w:rsidR="004866EC" w:rsidRPr="009E271F" w:rsidRDefault="001E7E0D" w:rsidP="004866EC">
      <w:pPr>
        <w:pStyle w:val="HTMLiankstoformatuotas"/>
        <w:spacing w:line="360" w:lineRule="auto"/>
        <w:ind w:left="0"/>
        <w:rPr>
          <w:rFonts w:ascii="Times New Roman" w:hAnsi="Times New Roman" w:cs="Times New Roman"/>
          <w:sz w:val="24"/>
          <w:szCs w:val="24"/>
        </w:rPr>
      </w:pPr>
      <w:r w:rsidRPr="009E271F">
        <w:rPr>
          <w:rFonts w:ascii="Times New Roman" w:hAnsi="Times New Roman" w:cs="Times New Roman"/>
          <w:sz w:val="24"/>
          <w:szCs w:val="24"/>
        </w:rPr>
        <w:t>1</w:t>
      </w:r>
      <w:r w:rsidR="00B15C86" w:rsidRPr="009E271F">
        <w:rPr>
          <w:rFonts w:ascii="Times New Roman" w:hAnsi="Times New Roman" w:cs="Times New Roman"/>
          <w:sz w:val="24"/>
          <w:szCs w:val="24"/>
        </w:rPr>
        <w:t>2</w:t>
      </w:r>
      <w:r w:rsidRPr="009E271F">
        <w:rPr>
          <w:rFonts w:ascii="Times New Roman" w:hAnsi="Times New Roman" w:cs="Times New Roman"/>
          <w:sz w:val="24"/>
          <w:szCs w:val="24"/>
        </w:rPr>
        <w:t xml:space="preserve">. </w:t>
      </w:r>
      <w:r w:rsidR="003F6BA7" w:rsidRPr="009E271F">
        <w:rPr>
          <w:rFonts w:ascii="Times New Roman" w:hAnsi="Times New Roman" w:cs="Times New Roman"/>
          <w:sz w:val="24"/>
          <w:szCs w:val="24"/>
        </w:rPr>
        <w:t>Komisijos posėdžiai teisėti, jeigu juose dalyvauja ne mažiau kaip du trečdaliai komisijos</w:t>
      </w:r>
      <w:r w:rsidR="000541FF" w:rsidRPr="009E271F">
        <w:rPr>
          <w:rFonts w:ascii="Times New Roman" w:hAnsi="Times New Roman" w:cs="Times New Roman"/>
          <w:sz w:val="24"/>
          <w:szCs w:val="24"/>
        </w:rPr>
        <w:t xml:space="preserve"> </w:t>
      </w:r>
      <w:r w:rsidR="003F6BA7" w:rsidRPr="009E271F">
        <w:rPr>
          <w:rFonts w:ascii="Times New Roman" w:hAnsi="Times New Roman" w:cs="Times New Roman"/>
          <w:sz w:val="24"/>
          <w:szCs w:val="24"/>
        </w:rPr>
        <w:t>narių.</w:t>
      </w:r>
      <w:r w:rsidR="000541FF" w:rsidRPr="009E271F">
        <w:rPr>
          <w:rFonts w:ascii="Times New Roman" w:hAnsi="Times New Roman" w:cs="Times New Roman"/>
          <w:sz w:val="24"/>
          <w:szCs w:val="24"/>
        </w:rPr>
        <w:t xml:space="preserve"> Komisija sprendimą dėl </w:t>
      </w:r>
      <w:r w:rsidR="00D7242A" w:rsidRPr="009E271F">
        <w:rPr>
          <w:rFonts w:ascii="Times New Roman" w:hAnsi="Times New Roman" w:cs="Times New Roman"/>
          <w:sz w:val="24"/>
          <w:szCs w:val="24"/>
        </w:rPr>
        <w:t>premijos ir nominacijų priima per 1 mėnesį laiko nuo nuostatų 9 punkte nurodyto termino.</w:t>
      </w:r>
    </w:p>
    <w:p w14:paraId="7D2474C0" w14:textId="1A658B7E" w:rsidR="003F6BA7" w:rsidRPr="009E271F" w:rsidRDefault="001E7E0D" w:rsidP="00B15C86">
      <w:pPr>
        <w:pStyle w:val="HTMLiankstoformatuotas"/>
        <w:spacing w:line="360" w:lineRule="auto"/>
        <w:ind w:left="0"/>
        <w:rPr>
          <w:rFonts w:ascii="Times New Roman" w:hAnsi="Times New Roman" w:cs="Times New Roman"/>
          <w:sz w:val="24"/>
          <w:szCs w:val="24"/>
        </w:rPr>
      </w:pPr>
      <w:r w:rsidRPr="009E271F">
        <w:rPr>
          <w:rFonts w:ascii="Times New Roman" w:hAnsi="Times New Roman" w:cs="Times New Roman"/>
          <w:sz w:val="24"/>
          <w:szCs w:val="24"/>
        </w:rPr>
        <w:t>1</w:t>
      </w:r>
      <w:r w:rsidR="00B15C86" w:rsidRPr="009E271F">
        <w:rPr>
          <w:rFonts w:ascii="Times New Roman" w:hAnsi="Times New Roman" w:cs="Times New Roman"/>
          <w:sz w:val="24"/>
          <w:szCs w:val="24"/>
        </w:rPr>
        <w:t>3</w:t>
      </w:r>
      <w:r w:rsidRPr="009E271F">
        <w:rPr>
          <w:rFonts w:ascii="Times New Roman" w:hAnsi="Times New Roman" w:cs="Times New Roman"/>
          <w:sz w:val="24"/>
          <w:szCs w:val="24"/>
        </w:rPr>
        <w:t xml:space="preserve">. </w:t>
      </w:r>
      <w:r w:rsidR="003F6BA7" w:rsidRPr="009E271F">
        <w:rPr>
          <w:rFonts w:ascii="Times New Roman" w:hAnsi="Times New Roman" w:cs="Times New Roman"/>
          <w:sz w:val="24"/>
          <w:szCs w:val="24"/>
        </w:rPr>
        <w:t>Komisijos sprendimai priimami posėdyje dalyvaujančių narių paprastąja balsų dauguma. Balsams pasiskirsčius po lygiai, lemia komisijos pirmininko balsas.</w:t>
      </w:r>
    </w:p>
    <w:p w14:paraId="7A9FD246" w14:textId="65822D2C" w:rsidR="003F6BA7" w:rsidRPr="009E271F" w:rsidRDefault="006B0C22" w:rsidP="00034CCF">
      <w:pPr>
        <w:pStyle w:val="HTMLiankstoformatuotas"/>
        <w:tabs>
          <w:tab w:val="left" w:pos="993"/>
          <w:tab w:val="left" w:pos="1134"/>
        </w:tabs>
        <w:spacing w:line="360" w:lineRule="auto"/>
        <w:ind w:left="0"/>
        <w:rPr>
          <w:rFonts w:ascii="Times New Roman" w:hAnsi="Times New Roman" w:cs="Times New Roman"/>
          <w:sz w:val="24"/>
          <w:szCs w:val="24"/>
        </w:rPr>
      </w:pPr>
      <w:r w:rsidRPr="009E271F">
        <w:rPr>
          <w:rFonts w:ascii="Times New Roman" w:hAnsi="Times New Roman" w:cs="Times New Roman"/>
          <w:sz w:val="24"/>
          <w:szCs w:val="24"/>
        </w:rPr>
        <w:t xml:space="preserve">14. </w:t>
      </w:r>
      <w:r w:rsidR="003F6BA7" w:rsidRPr="009E271F">
        <w:rPr>
          <w:rFonts w:ascii="Times New Roman" w:hAnsi="Times New Roman" w:cs="Times New Roman"/>
          <w:sz w:val="24"/>
          <w:szCs w:val="24"/>
        </w:rPr>
        <w:t>Komisijos narys privalo pranešti komisijos posėdžio dalyviams ir nusišalinti nuo klausimo svarstymo, jei dėl jo dalyvavimo balsuojant gali kilti viešųjų ir/ar privačiųjų interesų konfliktas. Komisijos nario nusišalinimas pažymimas posėdžio protokole.</w:t>
      </w:r>
    </w:p>
    <w:p w14:paraId="2B7B9D11" w14:textId="0BA8CDE3" w:rsidR="00877996" w:rsidRPr="009E271F" w:rsidRDefault="006B0C22" w:rsidP="00034CCF">
      <w:pPr>
        <w:pStyle w:val="HTMLiankstoformatuotas"/>
        <w:spacing w:line="360" w:lineRule="auto"/>
        <w:ind w:left="0" w:firstLine="578"/>
        <w:rPr>
          <w:rFonts w:ascii="Times New Roman" w:hAnsi="Times New Roman" w:cs="Times New Roman"/>
          <w:color w:val="000000" w:themeColor="text1"/>
          <w:sz w:val="24"/>
          <w:szCs w:val="24"/>
          <w:lang w:eastAsia="en-GB"/>
        </w:rPr>
      </w:pPr>
      <w:r w:rsidRPr="009E271F">
        <w:rPr>
          <w:rFonts w:ascii="Times New Roman" w:hAnsi="Times New Roman" w:cs="Times New Roman"/>
          <w:color w:val="000000" w:themeColor="text1"/>
          <w:sz w:val="24"/>
          <w:szCs w:val="24"/>
          <w:lang w:eastAsia="en-GB"/>
        </w:rPr>
        <w:lastRenderedPageBreak/>
        <w:t xml:space="preserve">15. </w:t>
      </w:r>
      <w:r w:rsidR="003F6BA7" w:rsidRPr="009E271F">
        <w:rPr>
          <w:rFonts w:ascii="Times New Roman" w:hAnsi="Times New Roman" w:cs="Times New Roman"/>
          <w:color w:val="000000" w:themeColor="text1"/>
          <w:sz w:val="24"/>
          <w:szCs w:val="24"/>
          <w:lang w:eastAsia="en-GB"/>
        </w:rPr>
        <w:t>Komisijos sprendimai įforminami protokolu. Protokolą pasirašo komisijos pirmininkas ir sekretorius. Sekretorius išrenkamas posėdžio pradžioje.</w:t>
      </w:r>
    </w:p>
    <w:p w14:paraId="4971E6C5" w14:textId="70EB2005" w:rsidR="00E24EBC" w:rsidRPr="009E271F" w:rsidRDefault="00E24EBC" w:rsidP="00034CCF">
      <w:pPr>
        <w:pStyle w:val="Sraopastraipa"/>
        <w:widowControl w:val="0"/>
        <w:autoSpaceDE w:val="0"/>
        <w:autoSpaceDN w:val="0"/>
        <w:ind w:left="0"/>
        <w:contextualSpacing w:val="0"/>
        <w:rPr>
          <w:rFonts w:cs="Times New Roman"/>
          <w:szCs w:val="24"/>
          <w:lang w:val="lt-LT"/>
        </w:rPr>
      </w:pPr>
      <w:r w:rsidRPr="009E271F">
        <w:rPr>
          <w:rFonts w:cs="Times New Roman"/>
          <w:color w:val="000000" w:themeColor="text1"/>
          <w:szCs w:val="24"/>
          <w:lang w:val="lt-LT" w:eastAsia="en-GB"/>
        </w:rPr>
        <w:t>16.</w:t>
      </w:r>
      <w:r w:rsidRPr="009E271F">
        <w:rPr>
          <w:rFonts w:cs="Times New Roman"/>
          <w:szCs w:val="24"/>
          <w:lang w:val="lt-LT"/>
        </w:rPr>
        <w:t xml:space="preserve"> Asmenys apie Komisijos sprendimą skirti jiems apdovanojimą informuojami ne vėliau kaip</w:t>
      </w:r>
      <w:r w:rsidR="00053B6C" w:rsidRPr="009E271F">
        <w:rPr>
          <w:rFonts w:cs="Times New Roman"/>
          <w:szCs w:val="24"/>
          <w:lang w:val="lt-LT"/>
        </w:rPr>
        <w:t xml:space="preserve"> </w:t>
      </w:r>
      <w:r w:rsidRPr="009E271F">
        <w:rPr>
          <w:rFonts w:cs="Times New Roman"/>
          <w:szCs w:val="24"/>
          <w:lang w:val="lt-LT"/>
        </w:rPr>
        <w:t>per 10 darbo dienų nuo Komisijos sprendimo priėmimo vienu iš šių būdų – raštu, elektroniniu paštu, telefonu.</w:t>
      </w:r>
    </w:p>
    <w:p w14:paraId="6052B041" w14:textId="3038120A" w:rsidR="003F6BA7" w:rsidRPr="009E271F" w:rsidRDefault="00877996" w:rsidP="00576A2A">
      <w:pPr>
        <w:pStyle w:val="HTMLiankstoformatuotas"/>
        <w:spacing w:line="360" w:lineRule="auto"/>
        <w:ind w:left="0"/>
        <w:rPr>
          <w:rFonts w:ascii="Times New Roman" w:hAnsi="Times New Roman" w:cs="Times New Roman"/>
          <w:color w:val="000000" w:themeColor="text1"/>
          <w:sz w:val="24"/>
          <w:szCs w:val="24"/>
          <w:lang w:eastAsia="en-GB"/>
        </w:rPr>
      </w:pPr>
      <w:r w:rsidRPr="009E271F">
        <w:rPr>
          <w:rFonts w:ascii="Times New Roman" w:hAnsi="Times New Roman" w:cs="Times New Roman"/>
          <w:color w:val="000000" w:themeColor="text1"/>
          <w:sz w:val="24"/>
          <w:szCs w:val="24"/>
          <w:lang w:eastAsia="en-GB"/>
        </w:rPr>
        <w:t>1</w:t>
      </w:r>
      <w:r w:rsidR="000868F9" w:rsidRPr="009E271F">
        <w:rPr>
          <w:rFonts w:ascii="Times New Roman" w:hAnsi="Times New Roman" w:cs="Times New Roman"/>
          <w:color w:val="000000" w:themeColor="text1"/>
          <w:sz w:val="24"/>
          <w:szCs w:val="24"/>
          <w:lang w:eastAsia="en-GB"/>
        </w:rPr>
        <w:t>7</w:t>
      </w:r>
      <w:r w:rsidRPr="009E271F">
        <w:rPr>
          <w:rFonts w:ascii="Times New Roman" w:hAnsi="Times New Roman" w:cs="Times New Roman"/>
          <w:color w:val="000000" w:themeColor="text1"/>
          <w:sz w:val="24"/>
          <w:szCs w:val="24"/>
          <w:lang w:eastAsia="en-GB"/>
        </w:rPr>
        <w:t>. Metų savivaldos darbuotojo premija ir nominacijos įteikiamos</w:t>
      </w:r>
      <w:r w:rsidR="003F6BA7" w:rsidRPr="009E271F">
        <w:rPr>
          <w:rFonts w:ascii="Times New Roman" w:hAnsi="Times New Roman" w:cs="Times New Roman"/>
          <w:color w:val="000000" w:themeColor="text1"/>
          <w:sz w:val="24"/>
          <w:szCs w:val="24"/>
          <w:lang w:eastAsia="en-GB"/>
        </w:rPr>
        <w:t xml:space="preserve"> </w:t>
      </w:r>
      <w:r w:rsidR="00AD3489" w:rsidRPr="009E271F">
        <w:rPr>
          <w:rFonts w:ascii="Times New Roman" w:hAnsi="Times New Roman" w:cs="Times New Roman"/>
          <w:color w:val="000000" w:themeColor="text1"/>
          <w:sz w:val="24"/>
          <w:szCs w:val="24"/>
          <w:lang w:eastAsia="en-GB"/>
        </w:rPr>
        <w:t>minint Vietos savivaldos dieną.</w:t>
      </w:r>
    </w:p>
    <w:p w14:paraId="07527014" w14:textId="77777777" w:rsidR="00A474D9" w:rsidRPr="00830AC0" w:rsidRDefault="00A474D9" w:rsidP="009E271F">
      <w:pPr>
        <w:pStyle w:val="Pagrindiniotekstotrauka2"/>
        <w:tabs>
          <w:tab w:val="left" w:pos="1134"/>
        </w:tabs>
        <w:spacing w:after="0" w:line="240" w:lineRule="auto"/>
        <w:ind w:left="0"/>
        <w:rPr>
          <w:rFonts w:eastAsiaTheme="minorHAnsi" w:cs="Times New Roman"/>
          <w:szCs w:val="24"/>
          <w:lang w:val="pt-BR"/>
        </w:rPr>
      </w:pPr>
    </w:p>
    <w:p w14:paraId="00A261EC" w14:textId="2FD9F03C" w:rsidR="00A474D9" w:rsidRPr="00830AC0" w:rsidRDefault="00A474D9" w:rsidP="009E271F">
      <w:pPr>
        <w:pStyle w:val="Antrat1"/>
        <w:spacing w:line="240" w:lineRule="auto"/>
        <w:rPr>
          <w:rFonts w:cs="Times New Roman"/>
          <w:szCs w:val="24"/>
          <w:lang w:val="pt-BR"/>
        </w:rPr>
      </w:pPr>
      <w:r w:rsidRPr="00830AC0">
        <w:rPr>
          <w:rFonts w:cs="Times New Roman"/>
          <w:szCs w:val="24"/>
          <w:lang w:val="pt-BR"/>
        </w:rPr>
        <w:t>V SKYRIUS</w:t>
      </w:r>
    </w:p>
    <w:p w14:paraId="7093461D" w14:textId="77777777" w:rsidR="00A474D9" w:rsidRPr="00830AC0" w:rsidRDefault="00A474D9" w:rsidP="009E271F">
      <w:pPr>
        <w:pStyle w:val="Antrat1"/>
        <w:spacing w:line="240" w:lineRule="auto"/>
        <w:rPr>
          <w:rFonts w:cs="Times New Roman"/>
          <w:szCs w:val="24"/>
          <w:lang w:val="pt-BR"/>
        </w:rPr>
      </w:pPr>
      <w:r w:rsidRPr="00830AC0">
        <w:rPr>
          <w:rFonts w:cs="Times New Roman"/>
          <w:szCs w:val="24"/>
          <w:lang w:val="pt-BR"/>
        </w:rPr>
        <w:t>BAIGIAMOSIOS NUOSTATOS</w:t>
      </w:r>
    </w:p>
    <w:p w14:paraId="5CD0329E" w14:textId="61147884" w:rsidR="00A474D9" w:rsidRPr="009E271F" w:rsidRDefault="00A474D9" w:rsidP="009E271F">
      <w:pPr>
        <w:pStyle w:val="HTMLiankstoformatuotas"/>
        <w:ind w:left="0" w:firstLine="0"/>
        <w:rPr>
          <w:rFonts w:ascii="Times New Roman" w:hAnsi="Times New Roman" w:cs="Times New Roman"/>
          <w:sz w:val="24"/>
          <w:szCs w:val="24"/>
        </w:rPr>
      </w:pPr>
    </w:p>
    <w:p w14:paraId="3A32C8D7" w14:textId="534A3902" w:rsidR="00A474D9" w:rsidRPr="009E271F" w:rsidRDefault="00953DB1" w:rsidP="00953DB1">
      <w:pPr>
        <w:pStyle w:val="HTMLiankstoformatuotas"/>
        <w:spacing w:line="360" w:lineRule="auto"/>
        <w:ind w:left="720" w:firstLine="0"/>
        <w:rPr>
          <w:rFonts w:ascii="Times New Roman" w:hAnsi="Times New Roman" w:cs="Times New Roman"/>
          <w:sz w:val="24"/>
          <w:szCs w:val="24"/>
        </w:rPr>
      </w:pPr>
      <w:r w:rsidRPr="009E271F">
        <w:rPr>
          <w:rFonts w:ascii="Times New Roman" w:hAnsi="Times New Roman" w:cs="Times New Roman"/>
          <w:sz w:val="24"/>
          <w:szCs w:val="24"/>
        </w:rPr>
        <w:t>1</w:t>
      </w:r>
      <w:r w:rsidR="000868F9" w:rsidRPr="009E271F">
        <w:rPr>
          <w:rFonts w:ascii="Times New Roman" w:hAnsi="Times New Roman" w:cs="Times New Roman"/>
          <w:sz w:val="24"/>
          <w:szCs w:val="24"/>
        </w:rPr>
        <w:t>8</w:t>
      </w:r>
      <w:r w:rsidRPr="009E271F">
        <w:rPr>
          <w:rFonts w:ascii="Times New Roman" w:hAnsi="Times New Roman" w:cs="Times New Roman"/>
          <w:sz w:val="24"/>
          <w:szCs w:val="24"/>
        </w:rPr>
        <w:t xml:space="preserve">. </w:t>
      </w:r>
      <w:r w:rsidR="00A474D9" w:rsidRPr="009E271F">
        <w:rPr>
          <w:rFonts w:ascii="Times New Roman" w:hAnsi="Times New Roman" w:cs="Times New Roman"/>
          <w:sz w:val="24"/>
          <w:szCs w:val="24"/>
        </w:rPr>
        <w:t xml:space="preserve">Visi su apdovanojimų skyrimu susiję dokumentai saugomi teisės aktų nustatyta tvarka. </w:t>
      </w:r>
    </w:p>
    <w:p w14:paraId="494FBA18" w14:textId="77777777" w:rsidR="00A474D9" w:rsidRPr="009E271F" w:rsidRDefault="00A474D9" w:rsidP="00A474D9">
      <w:pPr>
        <w:jc w:val="center"/>
        <w:rPr>
          <w:rFonts w:cs="Times New Roman"/>
          <w:szCs w:val="24"/>
          <w:lang w:val="lt-LT"/>
        </w:rPr>
      </w:pPr>
      <w:r w:rsidRPr="009E271F">
        <w:rPr>
          <w:rFonts w:cs="Times New Roman"/>
          <w:szCs w:val="24"/>
          <w:lang w:val="lt-LT"/>
        </w:rPr>
        <w:t>________________________</w:t>
      </w:r>
    </w:p>
    <w:p w14:paraId="2C084BB0" w14:textId="77777777" w:rsidR="00D364D8" w:rsidRPr="009E271F" w:rsidRDefault="00D364D8" w:rsidP="003712F8">
      <w:pPr>
        <w:rPr>
          <w:rFonts w:cs="Times New Roman"/>
          <w:szCs w:val="24"/>
          <w:lang w:val="lt-LT"/>
        </w:rPr>
      </w:pPr>
    </w:p>
    <w:p w14:paraId="554104F0" w14:textId="77777777" w:rsidR="00E51B75" w:rsidRPr="009E271F" w:rsidRDefault="00E51B75" w:rsidP="003712F8">
      <w:pPr>
        <w:rPr>
          <w:rFonts w:cs="Times New Roman"/>
          <w:szCs w:val="24"/>
          <w:lang w:val="lt-LT"/>
        </w:rPr>
      </w:pPr>
    </w:p>
    <w:p w14:paraId="2463A6F7" w14:textId="07268EF6" w:rsidR="00E51B75" w:rsidRPr="009E271F" w:rsidRDefault="00E51B75" w:rsidP="003712F8">
      <w:pPr>
        <w:rPr>
          <w:rFonts w:cs="Times New Roman"/>
          <w:szCs w:val="24"/>
          <w:lang w:val="lt-LT"/>
        </w:rPr>
      </w:pPr>
    </w:p>
    <w:p w14:paraId="6D472079" w14:textId="77777777" w:rsidR="00E51B75" w:rsidRPr="009E271F" w:rsidRDefault="00E51B75">
      <w:pPr>
        <w:spacing w:after="200" w:line="276" w:lineRule="auto"/>
        <w:ind w:firstLine="0"/>
        <w:jc w:val="left"/>
        <w:rPr>
          <w:rFonts w:cs="Times New Roman"/>
          <w:szCs w:val="24"/>
          <w:lang w:val="lt-LT"/>
        </w:rPr>
      </w:pPr>
      <w:r w:rsidRPr="009E271F">
        <w:rPr>
          <w:rFonts w:cs="Times New Roman"/>
          <w:szCs w:val="24"/>
          <w:lang w:val="lt-LT"/>
        </w:rPr>
        <w:br w:type="page"/>
      </w:r>
    </w:p>
    <w:p w14:paraId="6944B7A0" w14:textId="77777777" w:rsidR="00E51B75" w:rsidRPr="009E271F" w:rsidRDefault="00E51B75" w:rsidP="00E51B75">
      <w:pPr>
        <w:tabs>
          <w:tab w:val="left" w:pos="851"/>
        </w:tabs>
        <w:autoSpaceDE w:val="0"/>
        <w:autoSpaceDN w:val="0"/>
        <w:adjustRightInd w:val="0"/>
        <w:spacing w:line="240" w:lineRule="auto"/>
        <w:ind w:firstLine="5103"/>
        <w:jc w:val="left"/>
        <w:rPr>
          <w:rFonts w:eastAsia="Times New Roman" w:cs="Times New Roman"/>
          <w:szCs w:val="24"/>
          <w:lang w:val="lt-LT"/>
        </w:rPr>
      </w:pPr>
      <w:r w:rsidRPr="009E271F">
        <w:rPr>
          <w:rFonts w:eastAsia="Times New Roman" w:cs="Times New Roman"/>
          <w:szCs w:val="24"/>
          <w:lang w:val="lt-LT"/>
        </w:rPr>
        <w:lastRenderedPageBreak/>
        <w:t xml:space="preserve">Šakių rajono savivaldybės metų savivaldos </w:t>
      </w:r>
    </w:p>
    <w:p w14:paraId="0C45544A" w14:textId="77777777" w:rsidR="00E51B75" w:rsidRPr="009E271F" w:rsidRDefault="00E51B75" w:rsidP="00E51B75">
      <w:pPr>
        <w:tabs>
          <w:tab w:val="left" w:pos="851"/>
        </w:tabs>
        <w:autoSpaceDE w:val="0"/>
        <w:autoSpaceDN w:val="0"/>
        <w:adjustRightInd w:val="0"/>
        <w:spacing w:line="240" w:lineRule="auto"/>
        <w:ind w:firstLine="5103"/>
        <w:jc w:val="left"/>
        <w:rPr>
          <w:rFonts w:eastAsia="Times New Roman" w:cs="Times New Roman"/>
          <w:szCs w:val="24"/>
          <w:lang w:val="lt-LT"/>
        </w:rPr>
      </w:pPr>
      <w:r w:rsidRPr="009E271F">
        <w:rPr>
          <w:rFonts w:eastAsia="Times New Roman" w:cs="Times New Roman"/>
          <w:szCs w:val="24"/>
          <w:lang w:val="lt-LT"/>
        </w:rPr>
        <w:t xml:space="preserve">darbuotojo premijos ir nominacijų skyrimo  </w:t>
      </w:r>
    </w:p>
    <w:p w14:paraId="2C5714DA" w14:textId="77777777" w:rsidR="00001B5E" w:rsidRPr="009E271F" w:rsidRDefault="00E51B75" w:rsidP="00E51B75">
      <w:pPr>
        <w:tabs>
          <w:tab w:val="left" w:pos="851"/>
        </w:tabs>
        <w:autoSpaceDE w:val="0"/>
        <w:autoSpaceDN w:val="0"/>
        <w:adjustRightInd w:val="0"/>
        <w:spacing w:line="240" w:lineRule="auto"/>
        <w:ind w:firstLine="5103"/>
        <w:jc w:val="left"/>
        <w:rPr>
          <w:rFonts w:eastAsia="Times New Roman" w:cs="Times New Roman"/>
          <w:szCs w:val="24"/>
          <w:lang w:val="lt-LT"/>
        </w:rPr>
      </w:pPr>
      <w:r w:rsidRPr="009E271F">
        <w:rPr>
          <w:rFonts w:eastAsia="Times New Roman" w:cs="Times New Roman"/>
          <w:szCs w:val="24"/>
          <w:lang w:val="lt-LT"/>
        </w:rPr>
        <w:t xml:space="preserve">nuostatų  </w:t>
      </w:r>
    </w:p>
    <w:p w14:paraId="5ABF4238" w14:textId="5360317B" w:rsidR="00E51B75" w:rsidRPr="009E271F" w:rsidRDefault="00E51B75" w:rsidP="00E51B75">
      <w:pPr>
        <w:tabs>
          <w:tab w:val="left" w:pos="851"/>
        </w:tabs>
        <w:autoSpaceDE w:val="0"/>
        <w:autoSpaceDN w:val="0"/>
        <w:adjustRightInd w:val="0"/>
        <w:spacing w:line="240" w:lineRule="auto"/>
        <w:ind w:firstLine="5103"/>
        <w:jc w:val="left"/>
        <w:rPr>
          <w:rFonts w:eastAsia="Times New Roman" w:cs="Times New Roman"/>
          <w:szCs w:val="24"/>
          <w:lang w:val="lt-LT"/>
        </w:rPr>
      </w:pPr>
      <w:r w:rsidRPr="009E271F">
        <w:rPr>
          <w:rFonts w:eastAsia="Times New Roman" w:cs="Times New Roman"/>
          <w:szCs w:val="24"/>
          <w:lang w:val="lt-LT"/>
        </w:rPr>
        <w:t>1 priedas</w:t>
      </w:r>
    </w:p>
    <w:p w14:paraId="765C460B"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szCs w:val="24"/>
          <w:lang w:val="lt-LT"/>
        </w:rPr>
      </w:pPr>
    </w:p>
    <w:p w14:paraId="4CF7FCD2"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szCs w:val="24"/>
          <w:lang w:val="lt-LT"/>
        </w:rPr>
      </w:pPr>
      <w:r w:rsidRPr="009E271F">
        <w:rPr>
          <w:rFonts w:eastAsia="Times New Roman" w:cs="Times New Roman"/>
          <w:szCs w:val="24"/>
          <w:lang w:val="lt-LT"/>
        </w:rPr>
        <w:t>_________________________________________________________________________</w:t>
      </w:r>
    </w:p>
    <w:p w14:paraId="60AAE29F"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szCs w:val="24"/>
          <w:lang w:val="lt-LT"/>
        </w:rPr>
      </w:pPr>
      <w:r w:rsidRPr="009E271F">
        <w:rPr>
          <w:rFonts w:eastAsia="Times New Roman" w:cs="Times New Roman"/>
          <w:szCs w:val="24"/>
          <w:lang w:val="lt-LT"/>
        </w:rPr>
        <w:t>(fizinio asmens vardas ir pavardė / juridinio asmens pavadinimas)</w:t>
      </w:r>
    </w:p>
    <w:p w14:paraId="16C4E1E7"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bCs/>
          <w:szCs w:val="24"/>
          <w:lang w:val="lt-LT"/>
        </w:rPr>
      </w:pPr>
      <w:r w:rsidRPr="009E271F">
        <w:rPr>
          <w:rFonts w:eastAsia="Times New Roman" w:cs="Times New Roman"/>
          <w:bCs/>
          <w:szCs w:val="24"/>
          <w:lang w:val="lt-LT"/>
        </w:rPr>
        <w:t>20....   m............................... d.</w:t>
      </w:r>
    </w:p>
    <w:p w14:paraId="1A1B233A"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szCs w:val="24"/>
          <w:lang w:val="lt-LT"/>
        </w:rPr>
      </w:pPr>
    </w:p>
    <w:p w14:paraId="1E23266A"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b/>
          <w:bCs/>
          <w:szCs w:val="24"/>
          <w:lang w:val="lt-LT"/>
        </w:rPr>
      </w:pPr>
      <w:r w:rsidRPr="009E271F">
        <w:rPr>
          <w:rFonts w:eastAsia="Times New Roman" w:cs="Times New Roman"/>
          <w:b/>
          <w:bCs/>
          <w:szCs w:val="24"/>
          <w:lang w:val="lt-LT"/>
        </w:rPr>
        <w:t xml:space="preserve">TEIKIMAS </w:t>
      </w:r>
      <w:r w:rsidRPr="009E271F">
        <w:rPr>
          <w:rFonts w:eastAsia="Times New Roman" w:cs="Times New Roman"/>
          <w:b/>
          <w:bCs/>
          <w:caps/>
          <w:szCs w:val="24"/>
          <w:lang w:val="lt-LT"/>
        </w:rPr>
        <w:t>METŲ SAVIVALDOS</w:t>
      </w:r>
      <w:r w:rsidRPr="009E271F">
        <w:rPr>
          <w:rFonts w:eastAsia="Times New Roman" w:cs="Times New Roman"/>
          <w:b/>
          <w:bCs/>
          <w:szCs w:val="24"/>
          <w:lang w:val="lt-LT"/>
        </w:rPr>
        <w:t xml:space="preserve"> DARBUOTOJO PREMIJOS SKYRIMUI</w:t>
      </w:r>
    </w:p>
    <w:p w14:paraId="458568C7"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szCs w:val="24"/>
          <w:lang w:val="lt-LT"/>
        </w:rPr>
      </w:pPr>
      <w:r w:rsidRPr="009E271F">
        <w:rPr>
          <w:rFonts w:eastAsia="Times New Roman" w:cs="Times New Roman"/>
          <w:szCs w:val="24"/>
          <w:lang w:val="lt-LT"/>
        </w:rPr>
        <w:t> </w:t>
      </w:r>
    </w:p>
    <w:p w14:paraId="2A1183F2" w14:textId="77777777" w:rsidR="00E51B75" w:rsidRPr="009E271F" w:rsidRDefault="00E51B75" w:rsidP="00E51B75">
      <w:pPr>
        <w:tabs>
          <w:tab w:val="left" w:pos="851"/>
        </w:tabs>
        <w:autoSpaceDE w:val="0"/>
        <w:autoSpaceDN w:val="0"/>
        <w:adjustRightInd w:val="0"/>
        <w:spacing w:line="240" w:lineRule="auto"/>
        <w:ind w:firstLine="0"/>
        <w:jc w:val="left"/>
        <w:rPr>
          <w:rFonts w:eastAsia="Times New Roman" w:cs="Times New Roman"/>
          <w:szCs w:val="24"/>
          <w:lang w:val="lt-LT"/>
        </w:rPr>
      </w:pPr>
      <w:r w:rsidRPr="009E271F">
        <w:rPr>
          <w:rFonts w:eastAsia="Times New Roman" w:cs="Times New Roman"/>
          <w:szCs w:val="24"/>
          <w:lang w:val="lt-LT"/>
        </w:rPr>
        <w:t>1. Vardas ir pavardė ________________________________________________________________________________</w:t>
      </w:r>
    </w:p>
    <w:p w14:paraId="7CFF92BB" w14:textId="77777777" w:rsidR="00E51B75" w:rsidRPr="009E271F" w:rsidRDefault="00E51B75" w:rsidP="00E51B75">
      <w:pPr>
        <w:tabs>
          <w:tab w:val="left" w:pos="851"/>
        </w:tabs>
        <w:autoSpaceDE w:val="0"/>
        <w:autoSpaceDN w:val="0"/>
        <w:adjustRightInd w:val="0"/>
        <w:spacing w:line="240" w:lineRule="auto"/>
        <w:ind w:firstLine="0"/>
        <w:jc w:val="left"/>
        <w:rPr>
          <w:rFonts w:eastAsia="Times New Roman" w:cs="Times New Roman"/>
          <w:szCs w:val="24"/>
          <w:lang w:val="lt-LT"/>
        </w:rPr>
      </w:pPr>
      <w:r w:rsidRPr="009E271F">
        <w:rPr>
          <w:rFonts w:eastAsia="Times New Roman" w:cs="Times New Roman"/>
          <w:szCs w:val="24"/>
          <w:lang w:val="lt-LT"/>
        </w:rPr>
        <w:t>2. Darbovietė, pareigos ________________________________________________________________________________</w:t>
      </w:r>
    </w:p>
    <w:p w14:paraId="73AD1C7F" w14:textId="77777777" w:rsidR="00E51B75" w:rsidRPr="009E271F" w:rsidRDefault="00E51B75" w:rsidP="00E51B75">
      <w:pPr>
        <w:tabs>
          <w:tab w:val="left" w:pos="851"/>
        </w:tabs>
        <w:autoSpaceDE w:val="0"/>
        <w:autoSpaceDN w:val="0"/>
        <w:adjustRightInd w:val="0"/>
        <w:spacing w:line="240" w:lineRule="auto"/>
        <w:ind w:firstLine="0"/>
        <w:jc w:val="left"/>
        <w:rPr>
          <w:rFonts w:eastAsia="Times New Roman" w:cs="Times New Roman"/>
          <w:szCs w:val="24"/>
          <w:lang w:val="lt-LT"/>
        </w:rPr>
      </w:pPr>
      <w:r w:rsidRPr="009E271F">
        <w:rPr>
          <w:rFonts w:eastAsia="Times New Roman" w:cs="Times New Roman"/>
          <w:szCs w:val="24"/>
          <w:lang w:val="lt-LT"/>
        </w:rPr>
        <w:t>3. Elektroninio pašto adresas, telefono numeris</w:t>
      </w:r>
    </w:p>
    <w:p w14:paraId="532B2B0C" w14:textId="77777777" w:rsidR="00E51B75" w:rsidRPr="009E271F" w:rsidRDefault="00E51B75" w:rsidP="00E51B75">
      <w:pPr>
        <w:tabs>
          <w:tab w:val="left" w:pos="851"/>
        </w:tabs>
        <w:autoSpaceDE w:val="0"/>
        <w:autoSpaceDN w:val="0"/>
        <w:adjustRightInd w:val="0"/>
        <w:spacing w:line="240" w:lineRule="auto"/>
        <w:ind w:firstLine="0"/>
        <w:jc w:val="left"/>
        <w:rPr>
          <w:rFonts w:eastAsia="Times New Roman" w:cs="Times New Roman"/>
          <w:szCs w:val="24"/>
          <w:lang w:val="lt-LT"/>
        </w:rPr>
      </w:pPr>
      <w:r w:rsidRPr="009E271F">
        <w:rPr>
          <w:rFonts w:eastAsia="Times New Roman" w:cs="Times New Roman"/>
          <w:szCs w:val="24"/>
          <w:lang w:val="lt-LT"/>
        </w:rPr>
        <w:t>________________________________________________________________________________</w:t>
      </w:r>
    </w:p>
    <w:p w14:paraId="3A1F4F64" w14:textId="77777777" w:rsidR="00E51B75" w:rsidRPr="009E271F" w:rsidRDefault="00E51B75" w:rsidP="00E51B75">
      <w:pPr>
        <w:tabs>
          <w:tab w:val="left" w:pos="851"/>
        </w:tabs>
        <w:autoSpaceDE w:val="0"/>
        <w:autoSpaceDN w:val="0"/>
        <w:adjustRightInd w:val="0"/>
        <w:spacing w:line="240" w:lineRule="auto"/>
        <w:ind w:firstLine="0"/>
        <w:jc w:val="left"/>
        <w:rPr>
          <w:rFonts w:eastAsia="Times New Roman" w:cs="Times New Roman"/>
          <w:szCs w:val="24"/>
          <w:lang w:val="lt-LT"/>
        </w:rPr>
      </w:pPr>
      <w:r w:rsidRPr="009E271F">
        <w:rPr>
          <w:rFonts w:eastAsia="Times New Roman" w:cs="Times New Roman"/>
          <w:szCs w:val="24"/>
          <w:lang w:val="lt-LT"/>
        </w:rPr>
        <w:t>4. Gimimo data ________________________________________________________________________________</w:t>
      </w:r>
    </w:p>
    <w:p w14:paraId="5E35759C" w14:textId="77777777" w:rsidR="00E51B75" w:rsidRPr="009E271F" w:rsidRDefault="00E51B75" w:rsidP="00E51B75">
      <w:pPr>
        <w:tabs>
          <w:tab w:val="left" w:pos="851"/>
        </w:tabs>
        <w:autoSpaceDE w:val="0"/>
        <w:autoSpaceDN w:val="0"/>
        <w:adjustRightInd w:val="0"/>
        <w:spacing w:line="240" w:lineRule="auto"/>
        <w:ind w:firstLine="0"/>
        <w:rPr>
          <w:rFonts w:eastAsia="Times New Roman" w:cs="Times New Roman"/>
          <w:szCs w:val="24"/>
          <w:lang w:val="lt-LT"/>
        </w:rPr>
      </w:pPr>
      <w:r w:rsidRPr="009E271F">
        <w:rPr>
          <w:rFonts w:eastAsia="Times New Roman" w:cs="Times New Roman"/>
          <w:szCs w:val="24"/>
          <w:lang w:val="lt-LT"/>
        </w:rPr>
        <w:t>5. Veikla, atitinkanti atrankos kriterijus:</w:t>
      </w:r>
    </w:p>
    <w:p w14:paraId="43EDCA0C" w14:textId="77777777" w:rsidR="00E51B75" w:rsidRPr="009E271F" w:rsidRDefault="00E51B75" w:rsidP="00E51B75">
      <w:pPr>
        <w:tabs>
          <w:tab w:val="left" w:pos="851"/>
        </w:tabs>
        <w:autoSpaceDE w:val="0"/>
        <w:autoSpaceDN w:val="0"/>
        <w:adjustRightInd w:val="0"/>
        <w:spacing w:line="240" w:lineRule="auto"/>
        <w:ind w:firstLine="567"/>
        <w:rPr>
          <w:rFonts w:eastAsia="Times New Roman" w:cs="Times New Roman"/>
          <w:szCs w:val="24"/>
          <w:lang w:val="lt-LT"/>
        </w:rPr>
      </w:pPr>
    </w:p>
    <w:tbl>
      <w:tblPr>
        <w:tblW w:w="9629" w:type="dxa"/>
        <w:tblCellMar>
          <w:left w:w="0" w:type="dxa"/>
          <w:right w:w="0" w:type="dxa"/>
        </w:tblCellMar>
        <w:tblLook w:val="04A0" w:firstRow="1" w:lastRow="0" w:firstColumn="1" w:lastColumn="0" w:noHBand="0" w:noVBand="1"/>
      </w:tblPr>
      <w:tblGrid>
        <w:gridCol w:w="1144"/>
        <w:gridCol w:w="4658"/>
        <w:gridCol w:w="3827"/>
      </w:tblGrid>
      <w:tr w:rsidR="00E51B75" w:rsidRPr="009E271F" w14:paraId="3B9F4F3C" w14:textId="77777777" w:rsidTr="003E15B3">
        <w:tc>
          <w:tcPr>
            <w:tcW w:w="11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46D092D" w14:textId="77777777" w:rsidR="00E51B75" w:rsidRPr="009E271F" w:rsidRDefault="00E51B75" w:rsidP="00E51B75">
            <w:pPr>
              <w:tabs>
                <w:tab w:val="left" w:pos="851"/>
              </w:tabs>
              <w:autoSpaceDE w:val="0"/>
              <w:autoSpaceDN w:val="0"/>
              <w:adjustRightInd w:val="0"/>
              <w:spacing w:line="240" w:lineRule="auto"/>
              <w:ind w:left="-461" w:firstLine="490"/>
              <w:jc w:val="center"/>
              <w:rPr>
                <w:rFonts w:eastAsia="Times New Roman" w:cs="Times New Roman"/>
                <w:b/>
                <w:bCs/>
                <w:szCs w:val="24"/>
                <w:lang w:val="lt-LT"/>
              </w:rPr>
            </w:pPr>
            <w:r w:rsidRPr="009E271F">
              <w:rPr>
                <w:rFonts w:eastAsia="Times New Roman" w:cs="Times New Roman"/>
                <w:b/>
                <w:bCs/>
                <w:szCs w:val="24"/>
                <w:lang w:val="lt-LT"/>
              </w:rPr>
              <w:t>Eil. Nr.</w:t>
            </w:r>
          </w:p>
        </w:tc>
        <w:tc>
          <w:tcPr>
            <w:tcW w:w="4658"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605BC85" w14:textId="77777777" w:rsidR="00E51B75" w:rsidRPr="009E271F" w:rsidRDefault="00E51B75" w:rsidP="00E51B75">
            <w:pPr>
              <w:tabs>
                <w:tab w:val="left" w:pos="851"/>
              </w:tabs>
              <w:autoSpaceDE w:val="0"/>
              <w:autoSpaceDN w:val="0"/>
              <w:adjustRightInd w:val="0"/>
              <w:spacing w:line="240" w:lineRule="auto"/>
              <w:ind w:left="-461" w:firstLine="490"/>
              <w:jc w:val="center"/>
              <w:rPr>
                <w:rFonts w:eastAsia="Times New Roman" w:cs="Times New Roman"/>
                <w:b/>
                <w:bCs/>
                <w:szCs w:val="24"/>
                <w:lang w:val="lt-LT"/>
              </w:rPr>
            </w:pPr>
            <w:r w:rsidRPr="009E271F">
              <w:rPr>
                <w:rFonts w:eastAsia="Times New Roman" w:cs="Times New Roman"/>
                <w:b/>
                <w:bCs/>
                <w:szCs w:val="24"/>
                <w:lang w:val="lt-LT"/>
              </w:rPr>
              <w:t>Kriterijus ir veikla</w:t>
            </w:r>
          </w:p>
        </w:tc>
        <w:tc>
          <w:tcPr>
            <w:tcW w:w="382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51E0480" w14:textId="77777777" w:rsidR="00E51B75" w:rsidRPr="009E271F" w:rsidRDefault="00E51B75" w:rsidP="00E51B75">
            <w:pPr>
              <w:tabs>
                <w:tab w:val="left" w:pos="851"/>
              </w:tabs>
              <w:autoSpaceDE w:val="0"/>
              <w:autoSpaceDN w:val="0"/>
              <w:adjustRightInd w:val="0"/>
              <w:spacing w:line="240" w:lineRule="auto"/>
              <w:ind w:left="-461" w:firstLine="490"/>
              <w:jc w:val="center"/>
              <w:rPr>
                <w:rFonts w:eastAsia="Times New Roman" w:cs="Times New Roman"/>
                <w:b/>
                <w:bCs/>
                <w:szCs w:val="24"/>
                <w:lang w:val="lt-LT"/>
              </w:rPr>
            </w:pPr>
            <w:r w:rsidRPr="009E271F">
              <w:rPr>
                <w:rFonts w:eastAsia="Times New Roman" w:cs="Times New Roman"/>
                <w:b/>
                <w:bCs/>
                <w:szCs w:val="24"/>
                <w:lang w:val="lt-LT"/>
              </w:rPr>
              <w:t>Trumpas aprašymas</w:t>
            </w:r>
          </w:p>
        </w:tc>
      </w:tr>
      <w:tr w:rsidR="00E51B75" w:rsidRPr="009E271F" w14:paraId="40B55E97" w14:textId="77777777" w:rsidTr="003E15B3">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9AF7521" w14:textId="77777777" w:rsidR="00E51B75" w:rsidRPr="009E271F" w:rsidRDefault="00E51B75" w:rsidP="00E51B75">
            <w:pPr>
              <w:tabs>
                <w:tab w:val="left" w:pos="851"/>
              </w:tabs>
              <w:autoSpaceDE w:val="0"/>
              <w:autoSpaceDN w:val="0"/>
              <w:adjustRightInd w:val="0"/>
              <w:spacing w:line="240" w:lineRule="auto"/>
              <w:ind w:firstLine="0"/>
              <w:jc w:val="center"/>
              <w:rPr>
                <w:rFonts w:eastAsia="Times New Roman" w:cs="Times New Roman"/>
                <w:szCs w:val="24"/>
                <w:lang w:val="lt-LT"/>
              </w:rPr>
            </w:pPr>
            <w:r w:rsidRPr="009E271F">
              <w:rPr>
                <w:rFonts w:eastAsia="Times New Roman" w:cs="Times New Roman"/>
                <w:szCs w:val="24"/>
                <w:lang w:val="lt-LT"/>
              </w:rPr>
              <w:t>5.1.</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0B2D6602" w14:textId="77777777" w:rsidR="00E51B75" w:rsidRPr="009E271F" w:rsidRDefault="00E51B75" w:rsidP="00E51B75">
            <w:pPr>
              <w:shd w:val="clear" w:color="auto" w:fill="FFFFFF"/>
              <w:tabs>
                <w:tab w:val="left" w:pos="851"/>
              </w:tabs>
              <w:spacing w:line="240" w:lineRule="auto"/>
              <w:ind w:firstLine="0"/>
              <w:rPr>
                <w:rFonts w:eastAsia="Times New Roman" w:cs="Times New Roman"/>
                <w:szCs w:val="24"/>
                <w:lang w:val="lt-LT" w:eastAsia="lt-LT"/>
              </w:rPr>
            </w:pPr>
            <w:r w:rsidRPr="009E271F">
              <w:rPr>
                <w:rFonts w:eastAsia="Times New Roman" w:cs="Times New Roman"/>
                <w:b/>
                <w:bCs/>
                <w:szCs w:val="24"/>
                <w:lang w:val="lt-LT" w:eastAsia="lt-LT"/>
              </w:rPr>
              <w:t>Profesionalumas ir atsakomybė</w:t>
            </w:r>
            <w:r w:rsidRPr="009E271F">
              <w:rPr>
                <w:rFonts w:eastAsia="Times New Roman" w:cs="Times New Roman"/>
                <w:szCs w:val="24"/>
                <w:lang w:val="lt-LT" w:eastAsia="lt-LT"/>
              </w:rPr>
              <w:t xml:space="preserve"> </w:t>
            </w:r>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67AF073B" w14:textId="77777777" w:rsidR="00E51B75" w:rsidRPr="009E271F" w:rsidRDefault="00E51B75" w:rsidP="00E51B75">
            <w:pPr>
              <w:tabs>
                <w:tab w:val="left" w:pos="851"/>
              </w:tabs>
              <w:autoSpaceDE w:val="0"/>
              <w:autoSpaceDN w:val="0"/>
              <w:adjustRightInd w:val="0"/>
              <w:spacing w:line="240" w:lineRule="auto"/>
              <w:ind w:firstLine="0"/>
              <w:rPr>
                <w:rFonts w:eastAsia="Times New Roman" w:cs="Times New Roman"/>
                <w:szCs w:val="24"/>
                <w:lang w:val="lt-LT"/>
              </w:rPr>
            </w:pPr>
          </w:p>
        </w:tc>
      </w:tr>
      <w:tr w:rsidR="00E51B75" w:rsidRPr="009E271F" w14:paraId="09FC91D4" w14:textId="77777777" w:rsidTr="003E15B3">
        <w:trPr>
          <w:trHeight w:val="1108"/>
        </w:trPr>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8FA9FE0" w14:textId="77777777" w:rsidR="00E51B75" w:rsidRPr="009E271F" w:rsidRDefault="00E51B75" w:rsidP="00E51B75">
            <w:pPr>
              <w:tabs>
                <w:tab w:val="left" w:pos="851"/>
              </w:tabs>
              <w:autoSpaceDE w:val="0"/>
              <w:autoSpaceDN w:val="0"/>
              <w:adjustRightInd w:val="0"/>
              <w:spacing w:line="240" w:lineRule="auto"/>
              <w:ind w:firstLine="24"/>
              <w:jc w:val="center"/>
              <w:rPr>
                <w:rFonts w:eastAsia="Times New Roman" w:cs="Times New Roman"/>
                <w:szCs w:val="24"/>
                <w:lang w:val="lt-LT"/>
              </w:rPr>
            </w:pPr>
            <w:r w:rsidRPr="009E271F">
              <w:rPr>
                <w:rFonts w:eastAsia="Times New Roman" w:cs="Times New Roman"/>
                <w:szCs w:val="24"/>
                <w:lang w:val="lt-LT"/>
              </w:rPr>
              <w:t>5.2.</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11D3FFC3" w14:textId="77777777" w:rsidR="00E51B75" w:rsidRPr="009E271F" w:rsidRDefault="00E51B75" w:rsidP="00E51B75">
            <w:pPr>
              <w:shd w:val="clear" w:color="auto" w:fill="FFFFFF"/>
              <w:tabs>
                <w:tab w:val="left" w:pos="851"/>
              </w:tabs>
              <w:spacing w:line="240" w:lineRule="auto"/>
              <w:ind w:firstLine="0"/>
              <w:rPr>
                <w:rFonts w:eastAsia="Times New Roman" w:cs="Times New Roman"/>
                <w:color w:val="212529"/>
                <w:szCs w:val="24"/>
                <w:lang w:val="lt-LT" w:eastAsia="lt-LT"/>
              </w:rPr>
            </w:pPr>
          </w:p>
          <w:p w14:paraId="0D0795D6" w14:textId="77777777" w:rsidR="00E51B75" w:rsidRPr="009E271F" w:rsidRDefault="00E51B75" w:rsidP="00E51B75">
            <w:pPr>
              <w:tabs>
                <w:tab w:val="left" w:pos="851"/>
              </w:tabs>
              <w:autoSpaceDE w:val="0"/>
              <w:autoSpaceDN w:val="0"/>
              <w:adjustRightInd w:val="0"/>
              <w:spacing w:line="240" w:lineRule="auto"/>
              <w:ind w:firstLine="0"/>
              <w:rPr>
                <w:rFonts w:eastAsia="Times New Roman" w:cs="Times New Roman"/>
                <w:szCs w:val="24"/>
                <w:lang w:val="lt-LT"/>
              </w:rPr>
            </w:pPr>
            <w:r w:rsidRPr="009E271F">
              <w:rPr>
                <w:rFonts w:eastAsia="Times New Roman" w:cs="Times New Roman"/>
                <w:b/>
                <w:bCs/>
                <w:szCs w:val="24"/>
                <w:lang w:val="lt-LT" w:eastAsia="lt-LT"/>
              </w:rPr>
              <w:t>Indėlis į savivaldos stiprinimą</w:t>
            </w:r>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770BFCD8" w14:textId="77777777" w:rsidR="00E51B75" w:rsidRPr="009E271F" w:rsidRDefault="00E51B75" w:rsidP="00E51B75">
            <w:pPr>
              <w:spacing w:before="100" w:beforeAutospacing="1" w:after="100" w:afterAutospacing="1" w:line="240" w:lineRule="auto"/>
              <w:ind w:firstLine="0"/>
              <w:rPr>
                <w:rFonts w:eastAsia="Times New Roman" w:cs="Times New Roman"/>
                <w:szCs w:val="24"/>
                <w:lang w:val="lt-LT" w:eastAsia="lt-LT"/>
              </w:rPr>
            </w:pPr>
          </w:p>
          <w:p w14:paraId="21EFDCF6"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szCs w:val="24"/>
                <w:lang w:val="lt-LT"/>
              </w:rPr>
            </w:pPr>
          </w:p>
        </w:tc>
      </w:tr>
      <w:tr w:rsidR="00E51B75" w:rsidRPr="009E271F" w14:paraId="6A7356D9" w14:textId="77777777" w:rsidTr="003E15B3">
        <w:trPr>
          <w:trHeight w:val="1188"/>
        </w:trPr>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97317EE" w14:textId="77777777" w:rsidR="00E51B75" w:rsidRPr="009E271F" w:rsidRDefault="00E51B75" w:rsidP="00E51B75">
            <w:pPr>
              <w:tabs>
                <w:tab w:val="left" w:pos="851"/>
              </w:tabs>
              <w:autoSpaceDE w:val="0"/>
              <w:autoSpaceDN w:val="0"/>
              <w:adjustRightInd w:val="0"/>
              <w:spacing w:line="240" w:lineRule="auto"/>
              <w:ind w:firstLine="24"/>
              <w:jc w:val="center"/>
              <w:rPr>
                <w:rFonts w:eastAsia="Times New Roman" w:cs="Times New Roman"/>
                <w:szCs w:val="24"/>
                <w:lang w:val="lt-LT"/>
              </w:rPr>
            </w:pPr>
            <w:r w:rsidRPr="009E271F">
              <w:rPr>
                <w:rFonts w:eastAsia="Times New Roman" w:cs="Times New Roman"/>
                <w:szCs w:val="24"/>
                <w:lang w:val="lt-LT"/>
              </w:rPr>
              <w:t>5.3.</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0F69DBDB" w14:textId="77777777" w:rsidR="00E51B75" w:rsidRPr="009E271F" w:rsidRDefault="00E51B75" w:rsidP="00E51B75">
            <w:pPr>
              <w:tabs>
                <w:tab w:val="left" w:pos="851"/>
                <w:tab w:val="left" w:pos="4905"/>
              </w:tabs>
              <w:autoSpaceDE w:val="0"/>
              <w:autoSpaceDN w:val="0"/>
              <w:adjustRightInd w:val="0"/>
              <w:spacing w:line="240" w:lineRule="auto"/>
              <w:ind w:firstLine="0"/>
              <w:rPr>
                <w:rFonts w:eastAsia="Times New Roman" w:cs="Times New Roman"/>
                <w:szCs w:val="24"/>
                <w:lang w:val="lt-LT"/>
              </w:rPr>
            </w:pPr>
          </w:p>
          <w:p w14:paraId="6B242497" w14:textId="77777777" w:rsidR="00E51B75" w:rsidRPr="009E271F" w:rsidRDefault="00E51B75" w:rsidP="00E51B75">
            <w:pPr>
              <w:tabs>
                <w:tab w:val="left" w:pos="851"/>
              </w:tabs>
              <w:autoSpaceDE w:val="0"/>
              <w:autoSpaceDN w:val="0"/>
              <w:adjustRightInd w:val="0"/>
              <w:spacing w:line="240" w:lineRule="auto"/>
              <w:ind w:firstLine="0"/>
              <w:rPr>
                <w:rFonts w:eastAsia="Times New Roman" w:cs="Times New Roman"/>
                <w:szCs w:val="24"/>
                <w:lang w:val="lt-LT"/>
              </w:rPr>
            </w:pPr>
            <w:r w:rsidRPr="009E271F">
              <w:rPr>
                <w:rFonts w:eastAsia="Times New Roman" w:cs="Times New Roman"/>
                <w:b/>
                <w:bCs/>
                <w:szCs w:val="24"/>
                <w:lang w:val="lt-LT" w:eastAsia="lt-LT"/>
              </w:rPr>
              <w:t>Autoritetas ir pavyzdys kitiems</w:t>
            </w:r>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649CB25C"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szCs w:val="24"/>
                <w:lang w:val="lt-LT"/>
              </w:rPr>
            </w:pPr>
            <w:r w:rsidRPr="009E271F">
              <w:rPr>
                <w:rFonts w:eastAsia="Times New Roman" w:cs="Times New Roman"/>
                <w:szCs w:val="24"/>
                <w:lang w:val="lt-LT"/>
              </w:rPr>
              <w:t> </w:t>
            </w:r>
          </w:p>
        </w:tc>
      </w:tr>
      <w:tr w:rsidR="00E51B75" w:rsidRPr="009E271F" w14:paraId="50832421" w14:textId="77777777" w:rsidTr="003E15B3">
        <w:trPr>
          <w:trHeight w:val="629"/>
        </w:trPr>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5D7C475" w14:textId="77777777" w:rsidR="00E51B75" w:rsidRPr="009E271F" w:rsidRDefault="00E51B75" w:rsidP="00E51B75">
            <w:pPr>
              <w:tabs>
                <w:tab w:val="left" w:pos="851"/>
              </w:tabs>
              <w:autoSpaceDE w:val="0"/>
              <w:autoSpaceDN w:val="0"/>
              <w:adjustRightInd w:val="0"/>
              <w:spacing w:line="240" w:lineRule="auto"/>
              <w:ind w:firstLine="24"/>
              <w:jc w:val="center"/>
              <w:rPr>
                <w:rFonts w:eastAsia="Times New Roman" w:cs="Times New Roman"/>
                <w:szCs w:val="24"/>
                <w:lang w:val="lt-LT"/>
              </w:rPr>
            </w:pPr>
            <w:r w:rsidRPr="009E271F">
              <w:rPr>
                <w:rFonts w:eastAsia="Times New Roman" w:cs="Times New Roman"/>
                <w:szCs w:val="24"/>
                <w:lang w:val="lt-LT"/>
              </w:rPr>
              <w:t>5.4</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21989F7D" w14:textId="77777777" w:rsidR="00E51B75" w:rsidRPr="009E271F" w:rsidRDefault="00E51B75" w:rsidP="00E51B75">
            <w:pPr>
              <w:shd w:val="clear" w:color="auto" w:fill="FFFFFF"/>
              <w:tabs>
                <w:tab w:val="left" w:pos="851"/>
              </w:tabs>
              <w:spacing w:line="240" w:lineRule="auto"/>
              <w:ind w:firstLine="0"/>
              <w:rPr>
                <w:rFonts w:eastAsia="Times New Roman" w:cs="Times New Roman"/>
                <w:szCs w:val="24"/>
                <w:lang w:val="lt-LT" w:eastAsia="lt-LT"/>
              </w:rPr>
            </w:pPr>
            <w:r w:rsidRPr="009E271F">
              <w:rPr>
                <w:rFonts w:eastAsia="Times New Roman" w:cs="Times New Roman"/>
                <w:b/>
                <w:bCs/>
                <w:szCs w:val="24"/>
                <w:lang w:val="lt-LT" w:eastAsia="lt-LT"/>
              </w:rPr>
              <w:t>Viešojo intereso puoselėjimas</w:t>
            </w:r>
          </w:p>
          <w:p w14:paraId="772B2FDC" w14:textId="77777777" w:rsidR="00E51B75" w:rsidRPr="009E271F" w:rsidRDefault="00E51B75" w:rsidP="00E51B75">
            <w:pPr>
              <w:shd w:val="clear" w:color="auto" w:fill="FFFFFF"/>
              <w:tabs>
                <w:tab w:val="left" w:pos="851"/>
              </w:tabs>
              <w:spacing w:line="240" w:lineRule="auto"/>
              <w:ind w:firstLine="0"/>
              <w:rPr>
                <w:rFonts w:eastAsia="Times New Roman" w:cs="Times New Roman"/>
                <w:b/>
                <w:bCs/>
                <w:szCs w:val="24"/>
                <w:lang w:val="lt-LT" w:eastAsia="lt-LT"/>
              </w:rPr>
            </w:pPr>
          </w:p>
        </w:tc>
        <w:tc>
          <w:tcPr>
            <w:tcW w:w="3827" w:type="dxa"/>
            <w:tcBorders>
              <w:top w:val="nil"/>
              <w:left w:val="nil"/>
              <w:bottom w:val="single" w:sz="8" w:space="0" w:color="000000"/>
              <w:right w:val="single" w:sz="8" w:space="0" w:color="000000"/>
            </w:tcBorders>
            <w:tcMar>
              <w:top w:w="0" w:type="dxa"/>
              <w:left w:w="108" w:type="dxa"/>
              <w:bottom w:w="0" w:type="dxa"/>
              <w:right w:w="108" w:type="dxa"/>
            </w:tcMar>
          </w:tcPr>
          <w:p w14:paraId="4ED806A1"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szCs w:val="24"/>
                <w:lang w:val="lt-LT"/>
              </w:rPr>
            </w:pPr>
          </w:p>
        </w:tc>
      </w:tr>
      <w:tr w:rsidR="00E51B75" w:rsidRPr="009E271F" w14:paraId="1F1F5803" w14:textId="77777777" w:rsidTr="003E15B3">
        <w:trPr>
          <w:trHeight w:val="629"/>
        </w:trPr>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20DF76E" w14:textId="77777777" w:rsidR="00E51B75" w:rsidRPr="009E271F" w:rsidRDefault="00E51B75" w:rsidP="00E51B75">
            <w:pPr>
              <w:tabs>
                <w:tab w:val="left" w:pos="851"/>
              </w:tabs>
              <w:autoSpaceDE w:val="0"/>
              <w:autoSpaceDN w:val="0"/>
              <w:adjustRightInd w:val="0"/>
              <w:spacing w:line="240" w:lineRule="auto"/>
              <w:ind w:firstLine="24"/>
              <w:jc w:val="center"/>
              <w:rPr>
                <w:rFonts w:eastAsia="Times New Roman" w:cs="Times New Roman"/>
                <w:szCs w:val="24"/>
                <w:lang w:val="lt-LT"/>
              </w:rPr>
            </w:pPr>
            <w:r w:rsidRPr="009E271F">
              <w:rPr>
                <w:rFonts w:eastAsia="Times New Roman" w:cs="Times New Roman"/>
                <w:szCs w:val="24"/>
                <w:lang w:val="lt-LT"/>
              </w:rPr>
              <w:t>5.5.</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7CDA10F2" w14:textId="77777777" w:rsidR="00E51B75" w:rsidRPr="009E271F" w:rsidRDefault="00E51B75" w:rsidP="00E51B75">
            <w:pPr>
              <w:shd w:val="clear" w:color="auto" w:fill="FFFFFF"/>
              <w:tabs>
                <w:tab w:val="left" w:pos="851"/>
              </w:tabs>
              <w:spacing w:line="240" w:lineRule="auto"/>
              <w:ind w:firstLine="0"/>
              <w:rPr>
                <w:rFonts w:eastAsia="Times New Roman" w:cs="Times New Roman"/>
                <w:szCs w:val="24"/>
                <w:lang w:val="lt-LT" w:eastAsia="lt-LT"/>
              </w:rPr>
            </w:pPr>
          </w:p>
          <w:p w14:paraId="54C919E3" w14:textId="77777777" w:rsidR="00E51B75" w:rsidRPr="009E271F" w:rsidRDefault="00E51B75" w:rsidP="00E51B75">
            <w:pPr>
              <w:shd w:val="clear" w:color="auto" w:fill="FFFFFF"/>
              <w:tabs>
                <w:tab w:val="left" w:pos="851"/>
              </w:tabs>
              <w:spacing w:line="240" w:lineRule="auto"/>
              <w:ind w:firstLine="0"/>
              <w:rPr>
                <w:rFonts w:eastAsia="Times New Roman" w:cs="Times New Roman"/>
                <w:szCs w:val="24"/>
                <w:lang w:val="lt-LT" w:eastAsia="lt-LT"/>
              </w:rPr>
            </w:pPr>
            <w:r w:rsidRPr="009E271F">
              <w:rPr>
                <w:rFonts w:eastAsia="Times New Roman" w:cs="Times New Roman"/>
                <w:b/>
                <w:bCs/>
                <w:szCs w:val="24"/>
                <w:lang w:val="lt-LT" w:eastAsia="lt-LT"/>
              </w:rPr>
              <w:t>Lyderystė</w:t>
            </w:r>
          </w:p>
        </w:tc>
        <w:tc>
          <w:tcPr>
            <w:tcW w:w="3827" w:type="dxa"/>
            <w:tcBorders>
              <w:top w:val="nil"/>
              <w:left w:val="nil"/>
              <w:bottom w:val="single" w:sz="8" w:space="0" w:color="000000"/>
              <w:right w:val="single" w:sz="8" w:space="0" w:color="000000"/>
            </w:tcBorders>
            <w:tcMar>
              <w:top w:w="0" w:type="dxa"/>
              <w:left w:w="108" w:type="dxa"/>
              <w:bottom w:w="0" w:type="dxa"/>
              <w:right w:w="108" w:type="dxa"/>
            </w:tcMar>
          </w:tcPr>
          <w:p w14:paraId="41F2EA9D"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szCs w:val="24"/>
                <w:lang w:val="lt-LT"/>
              </w:rPr>
            </w:pPr>
          </w:p>
        </w:tc>
      </w:tr>
    </w:tbl>
    <w:p w14:paraId="10802FCD" w14:textId="77777777" w:rsidR="00E51B75" w:rsidRPr="009E271F" w:rsidRDefault="00E51B75" w:rsidP="00E51B75">
      <w:pPr>
        <w:tabs>
          <w:tab w:val="left" w:pos="851"/>
        </w:tabs>
        <w:autoSpaceDE w:val="0"/>
        <w:autoSpaceDN w:val="0"/>
        <w:adjustRightInd w:val="0"/>
        <w:spacing w:line="240" w:lineRule="auto"/>
        <w:ind w:firstLine="567"/>
        <w:rPr>
          <w:rFonts w:eastAsia="Times New Roman" w:cs="Times New Roman"/>
          <w:szCs w:val="24"/>
          <w:lang w:val="lt-LT"/>
        </w:rPr>
      </w:pPr>
    </w:p>
    <w:p w14:paraId="20B6949B" w14:textId="77777777" w:rsidR="00E51B75" w:rsidRPr="009E271F" w:rsidRDefault="00E51B75" w:rsidP="00E51B75">
      <w:pPr>
        <w:tabs>
          <w:tab w:val="left" w:pos="851"/>
        </w:tabs>
        <w:autoSpaceDE w:val="0"/>
        <w:autoSpaceDN w:val="0"/>
        <w:adjustRightInd w:val="0"/>
        <w:spacing w:line="240" w:lineRule="auto"/>
        <w:ind w:firstLine="567"/>
        <w:rPr>
          <w:rFonts w:eastAsia="Times New Roman" w:cs="Times New Roman"/>
          <w:i/>
          <w:iCs/>
          <w:szCs w:val="24"/>
          <w:lang w:val="lt-LT"/>
        </w:rPr>
      </w:pPr>
      <w:r w:rsidRPr="009E271F">
        <w:rPr>
          <w:rFonts w:eastAsia="Times New Roman" w:cs="Times New Roman"/>
          <w:szCs w:val="24"/>
          <w:lang w:val="lt-LT"/>
        </w:rPr>
        <w:t>PASTABA.</w:t>
      </w:r>
      <w:r w:rsidRPr="009E271F">
        <w:rPr>
          <w:rFonts w:eastAsia="Times New Roman" w:cs="Times New Roman"/>
          <w:i/>
          <w:iCs/>
          <w:szCs w:val="24"/>
          <w:lang w:val="lt-LT"/>
        </w:rPr>
        <w:t xml:space="preserve"> Teikimo apimtis – ne daugiau kaip 4 A4 formato lapai.</w:t>
      </w:r>
    </w:p>
    <w:p w14:paraId="176FBC94"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szCs w:val="24"/>
          <w:lang w:val="lt-LT"/>
        </w:rPr>
      </w:pPr>
      <w:r w:rsidRPr="009E271F">
        <w:rPr>
          <w:rFonts w:eastAsia="Times New Roman" w:cs="Times New Roman"/>
          <w:szCs w:val="24"/>
          <w:lang w:val="lt-LT"/>
        </w:rPr>
        <w:t> </w:t>
      </w:r>
    </w:p>
    <w:p w14:paraId="34A22B12" w14:textId="77777777" w:rsidR="00E51B75" w:rsidRPr="009E271F" w:rsidRDefault="00E51B75" w:rsidP="00E51B75">
      <w:pPr>
        <w:tabs>
          <w:tab w:val="left" w:pos="851"/>
        </w:tabs>
        <w:autoSpaceDE w:val="0"/>
        <w:autoSpaceDN w:val="0"/>
        <w:adjustRightInd w:val="0"/>
        <w:spacing w:line="240" w:lineRule="auto"/>
        <w:ind w:firstLine="567"/>
        <w:rPr>
          <w:rFonts w:eastAsia="Times New Roman" w:cs="Times New Roman"/>
          <w:szCs w:val="24"/>
          <w:lang w:val="lt-LT"/>
        </w:rPr>
      </w:pPr>
      <w:r w:rsidRPr="009E271F">
        <w:rPr>
          <w:rFonts w:eastAsia="Times New Roman" w:cs="Times New Roman"/>
          <w:szCs w:val="24"/>
          <w:lang w:val="lt-LT"/>
        </w:rPr>
        <w:t>Kandidato premijos skyrimui teikėjas:</w:t>
      </w:r>
    </w:p>
    <w:p w14:paraId="4C5B18F2" w14:textId="77777777" w:rsidR="00E51B75" w:rsidRPr="009E271F" w:rsidRDefault="00E51B75" w:rsidP="00E51B75">
      <w:pPr>
        <w:tabs>
          <w:tab w:val="left" w:pos="851"/>
        </w:tabs>
        <w:autoSpaceDE w:val="0"/>
        <w:autoSpaceDN w:val="0"/>
        <w:adjustRightInd w:val="0"/>
        <w:spacing w:line="240" w:lineRule="auto"/>
        <w:ind w:firstLine="567"/>
        <w:rPr>
          <w:rFonts w:eastAsia="Times New Roman" w:cs="Times New Roman"/>
          <w:szCs w:val="24"/>
          <w:lang w:val="lt-LT"/>
        </w:rPr>
      </w:pPr>
    </w:p>
    <w:p w14:paraId="5DD8D9B9" w14:textId="77777777" w:rsidR="00E51B75" w:rsidRPr="009E271F" w:rsidRDefault="00E51B75" w:rsidP="00E51B75">
      <w:pPr>
        <w:tabs>
          <w:tab w:val="left" w:pos="851"/>
        </w:tabs>
        <w:autoSpaceDE w:val="0"/>
        <w:autoSpaceDN w:val="0"/>
        <w:adjustRightInd w:val="0"/>
        <w:spacing w:line="240" w:lineRule="auto"/>
        <w:ind w:firstLine="0"/>
        <w:rPr>
          <w:rFonts w:eastAsia="Times New Roman" w:cs="Times New Roman"/>
          <w:szCs w:val="24"/>
          <w:lang w:val="lt-LT"/>
        </w:rPr>
      </w:pPr>
      <w:r w:rsidRPr="009E271F">
        <w:rPr>
          <w:rFonts w:eastAsia="Times New Roman" w:cs="Times New Roman"/>
          <w:szCs w:val="24"/>
          <w:lang w:val="lt-LT"/>
        </w:rPr>
        <w:t>________________________________________________________________________________</w:t>
      </w:r>
    </w:p>
    <w:p w14:paraId="632577EE" w14:textId="77777777" w:rsidR="00E51B75" w:rsidRPr="009E271F" w:rsidRDefault="00E51B75" w:rsidP="00E51B75">
      <w:pPr>
        <w:tabs>
          <w:tab w:val="left" w:pos="851"/>
        </w:tabs>
        <w:autoSpaceDE w:val="0"/>
        <w:autoSpaceDN w:val="0"/>
        <w:adjustRightInd w:val="0"/>
        <w:spacing w:line="240" w:lineRule="auto"/>
        <w:ind w:firstLine="0"/>
        <w:jc w:val="center"/>
        <w:rPr>
          <w:rFonts w:eastAsia="Times New Roman" w:cs="Times New Roman"/>
          <w:szCs w:val="24"/>
          <w:lang w:val="lt-LT"/>
        </w:rPr>
      </w:pPr>
      <w:r w:rsidRPr="009E271F">
        <w:rPr>
          <w:rFonts w:eastAsia="Times New Roman" w:cs="Times New Roman"/>
          <w:szCs w:val="24"/>
          <w:lang w:val="lt-LT"/>
        </w:rPr>
        <w:t>(vardas, pavardė, parašas)</w:t>
      </w:r>
    </w:p>
    <w:p w14:paraId="2F76CA9E" w14:textId="77777777" w:rsidR="00E51B75" w:rsidRPr="009E271F" w:rsidRDefault="00E51B75" w:rsidP="00E51B75">
      <w:pPr>
        <w:tabs>
          <w:tab w:val="left" w:pos="851"/>
        </w:tabs>
        <w:autoSpaceDE w:val="0"/>
        <w:autoSpaceDN w:val="0"/>
        <w:adjustRightInd w:val="0"/>
        <w:spacing w:line="240" w:lineRule="auto"/>
        <w:ind w:firstLine="567"/>
        <w:jc w:val="center"/>
        <w:rPr>
          <w:rFonts w:eastAsia="Times New Roman" w:cs="Times New Roman"/>
          <w:szCs w:val="24"/>
          <w:lang w:val="lt-LT"/>
        </w:rPr>
      </w:pPr>
    </w:p>
    <w:p w14:paraId="7B47CB1D" w14:textId="77777777" w:rsidR="00E51B75" w:rsidRPr="009E271F" w:rsidRDefault="00E51B75" w:rsidP="00E51B75">
      <w:pPr>
        <w:tabs>
          <w:tab w:val="left" w:pos="851"/>
        </w:tabs>
        <w:autoSpaceDE w:val="0"/>
        <w:autoSpaceDN w:val="0"/>
        <w:adjustRightInd w:val="0"/>
        <w:spacing w:line="240" w:lineRule="auto"/>
        <w:ind w:firstLine="0"/>
        <w:jc w:val="center"/>
        <w:rPr>
          <w:rFonts w:eastAsia="Times New Roman" w:cs="Times New Roman"/>
          <w:szCs w:val="24"/>
          <w:lang w:val="lt-LT"/>
        </w:rPr>
      </w:pPr>
      <w:r w:rsidRPr="009E271F">
        <w:rPr>
          <w:rFonts w:eastAsia="Times New Roman" w:cs="Times New Roman"/>
          <w:szCs w:val="24"/>
          <w:lang w:val="lt-LT"/>
        </w:rPr>
        <w:t>________________</w:t>
      </w:r>
    </w:p>
    <w:p w14:paraId="3D98A812" w14:textId="722C3716" w:rsidR="00001B5E" w:rsidRPr="009E271F" w:rsidRDefault="00001B5E">
      <w:pPr>
        <w:spacing w:after="200" w:line="276" w:lineRule="auto"/>
        <w:ind w:firstLine="0"/>
        <w:jc w:val="left"/>
        <w:rPr>
          <w:rFonts w:cs="Times New Roman"/>
          <w:szCs w:val="24"/>
          <w:lang w:val="lt-LT"/>
        </w:rPr>
      </w:pPr>
    </w:p>
    <w:p w14:paraId="254A4985" w14:textId="77777777" w:rsidR="00001B5E" w:rsidRPr="009E271F" w:rsidRDefault="00001B5E">
      <w:pPr>
        <w:spacing w:after="200" w:line="276" w:lineRule="auto"/>
        <w:ind w:firstLine="0"/>
        <w:jc w:val="left"/>
        <w:rPr>
          <w:rFonts w:cs="Times New Roman"/>
          <w:szCs w:val="24"/>
          <w:lang w:val="lt-LT"/>
        </w:rPr>
      </w:pPr>
      <w:r w:rsidRPr="009E271F">
        <w:rPr>
          <w:rFonts w:cs="Times New Roman"/>
          <w:szCs w:val="24"/>
          <w:lang w:val="lt-LT"/>
        </w:rPr>
        <w:br w:type="page"/>
      </w:r>
    </w:p>
    <w:p w14:paraId="696649DF" w14:textId="77777777" w:rsidR="00A96424" w:rsidRPr="009E271F" w:rsidRDefault="00A96424" w:rsidP="00A96424">
      <w:pPr>
        <w:spacing w:line="240" w:lineRule="auto"/>
        <w:ind w:left="5670" w:hanging="283"/>
        <w:jc w:val="left"/>
        <w:rPr>
          <w:rFonts w:eastAsia="Times New Roman" w:cs="Times New Roman"/>
          <w:szCs w:val="24"/>
          <w:lang w:val="lt-LT"/>
        </w:rPr>
      </w:pPr>
      <w:r w:rsidRPr="009E271F">
        <w:rPr>
          <w:rFonts w:eastAsia="Times New Roman" w:cs="Times New Roman"/>
          <w:szCs w:val="24"/>
          <w:lang w:val="lt-LT"/>
        </w:rPr>
        <w:lastRenderedPageBreak/>
        <w:t xml:space="preserve">Šakių rajono savivaldybės </w:t>
      </w:r>
    </w:p>
    <w:p w14:paraId="142CD937" w14:textId="77777777" w:rsidR="00A96424" w:rsidRPr="009E271F" w:rsidRDefault="00A96424" w:rsidP="00A96424">
      <w:pPr>
        <w:tabs>
          <w:tab w:val="left" w:pos="5103"/>
          <w:tab w:val="left" w:pos="5670"/>
        </w:tabs>
        <w:spacing w:line="240" w:lineRule="auto"/>
        <w:ind w:left="5387" w:firstLine="0"/>
        <w:jc w:val="left"/>
        <w:rPr>
          <w:rFonts w:eastAsia="Times New Roman" w:cs="Times New Roman"/>
          <w:bCs/>
          <w:szCs w:val="24"/>
          <w:lang w:val="lt-LT"/>
        </w:rPr>
      </w:pPr>
      <w:r w:rsidRPr="009E271F">
        <w:rPr>
          <w:rFonts w:eastAsia="Times New Roman" w:cs="Times New Roman"/>
          <w:szCs w:val="24"/>
          <w:lang w:val="lt-LT"/>
        </w:rPr>
        <w:t xml:space="preserve">Metų savivaldos darbuotojo premijos ir nominacijų skyrimo nuostatų </w:t>
      </w:r>
    </w:p>
    <w:p w14:paraId="1795C75C" w14:textId="77777777" w:rsidR="00A96424" w:rsidRPr="009E271F" w:rsidRDefault="00A96424" w:rsidP="00A96424">
      <w:pPr>
        <w:tabs>
          <w:tab w:val="left" w:pos="5103"/>
          <w:tab w:val="left" w:pos="5529"/>
          <w:tab w:val="left" w:pos="5670"/>
        </w:tabs>
        <w:spacing w:line="240" w:lineRule="auto"/>
        <w:ind w:left="5670" w:hanging="283"/>
        <w:jc w:val="left"/>
        <w:rPr>
          <w:rFonts w:eastAsia="Times New Roman" w:cs="Times New Roman"/>
          <w:szCs w:val="24"/>
          <w:lang w:val="lt-LT"/>
        </w:rPr>
      </w:pPr>
      <w:r w:rsidRPr="009E271F">
        <w:rPr>
          <w:rFonts w:eastAsia="Times New Roman" w:cs="Times New Roman"/>
          <w:szCs w:val="24"/>
          <w:lang w:val="lt-LT"/>
        </w:rPr>
        <w:t>2 priedas</w:t>
      </w:r>
    </w:p>
    <w:p w14:paraId="680DC69F" w14:textId="77777777" w:rsidR="00A96424" w:rsidRPr="009E271F" w:rsidRDefault="00A96424" w:rsidP="00A96424">
      <w:pPr>
        <w:tabs>
          <w:tab w:val="left" w:pos="5103"/>
          <w:tab w:val="left" w:pos="5529"/>
          <w:tab w:val="left" w:pos="5670"/>
        </w:tabs>
        <w:spacing w:line="240" w:lineRule="auto"/>
        <w:ind w:left="5670" w:firstLine="0"/>
        <w:jc w:val="left"/>
        <w:rPr>
          <w:rFonts w:eastAsia="Times New Roman" w:cs="Times New Roman"/>
          <w:szCs w:val="24"/>
          <w:lang w:val="lt-LT"/>
        </w:rPr>
      </w:pPr>
    </w:p>
    <w:p w14:paraId="7389B66C" w14:textId="77777777" w:rsidR="00A96424" w:rsidRPr="009E271F" w:rsidRDefault="00A96424" w:rsidP="00A96424">
      <w:pPr>
        <w:spacing w:line="240" w:lineRule="auto"/>
        <w:ind w:firstLine="0"/>
        <w:jc w:val="left"/>
        <w:rPr>
          <w:rFonts w:eastAsia="Times New Roman" w:cs="Times New Roman"/>
          <w:szCs w:val="24"/>
          <w:lang w:val="lt-LT"/>
        </w:rPr>
      </w:pPr>
    </w:p>
    <w:p w14:paraId="05284653" w14:textId="77777777" w:rsidR="00A96424" w:rsidRPr="009E271F" w:rsidRDefault="00A96424" w:rsidP="00A96424">
      <w:pPr>
        <w:spacing w:line="240" w:lineRule="auto"/>
        <w:ind w:firstLine="0"/>
        <w:jc w:val="center"/>
        <w:rPr>
          <w:rFonts w:eastAsia="Times New Roman" w:cs="Times New Roman"/>
          <w:color w:val="FF0000"/>
          <w:szCs w:val="24"/>
          <w:lang w:val="lt-LT"/>
        </w:rPr>
      </w:pPr>
    </w:p>
    <w:p w14:paraId="751E7FA4" w14:textId="77777777" w:rsidR="00A96424" w:rsidRPr="009E271F" w:rsidRDefault="00A96424" w:rsidP="00A96424">
      <w:pPr>
        <w:spacing w:line="240" w:lineRule="auto"/>
        <w:ind w:firstLine="0"/>
        <w:jc w:val="center"/>
        <w:rPr>
          <w:rFonts w:eastAsia="Calibri" w:cs="Times New Roman"/>
          <w:b/>
          <w:szCs w:val="24"/>
          <w:lang w:val="lt-LT"/>
        </w:rPr>
      </w:pPr>
      <w:r w:rsidRPr="009E271F">
        <w:rPr>
          <w:rFonts w:eastAsia="Calibri" w:cs="Times New Roman"/>
          <w:b/>
          <w:szCs w:val="24"/>
          <w:lang w:val="lt-LT"/>
        </w:rPr>
        <w:t>SUTIKIMAS DĖL ASMENS DUOMENŲ TVARKYMO</w:t>
      </w:r>
    </w:p>
    <w:p w14:paraId="2E13BE33" w14:textId="77777777" w:rsidR="00A96424" w:rsidRPr="009E271F" w:rsidRDefault="00A96424" w:rsidP="00A96424">
      <w:pPr>
        <w:spacing w:line="240" w:lineRule="auto"/>
        <w:ind w:firstLine="0"/>
        <w:jc w:val="center"/>
        <w:rPr>
          <w:rFonts w:eastAsia="Calibri" w:cs="Times New Roman"/>
          <w:szCs w:val="24"/>
          <w:lang w:val="lt-LT"/>
        </w:rPr>
      </w:pPr>
      <w:r w:rsidRPr="009E271F">
        <w:rPr>
          <w:rFonts w:eastAsia="Calibri" w:cs="Times New Roman"/>
          <w:szCs w:val="24"/>
          <w:lang w:val="lt-LT"/>
        </w:rPr>
        <w:t>____________________</w:t>
      </w:r>
    </w:p>
    <w:p w14:paraId="46747BAD" w14:textId="77777777" w:rsidR="00A96424" w:rsidRPr="009E271F" w:rsidRDefault="00A96424" w:rsidP="00A96424">
      <w:pPr>
        <w:spacing w:line="240" w:lineRule="auto"/>
        <w:ind w:firstLine="0"/>
        <w:jc w:val="center"/>
        <w:rPr>
          <w:rFonts w:eastAsia="Calibri" w:cs="Times New Roman"/>
          <w:szCs w:val="24"/>
          <w:lang w:val="lt-LT"/>
        </w:rPr>
      </w:pPr>
      <w:r w:rsidRPr="009E271F">
        <w:rPr>
          <w:rFonts w:eastAsia="Calibri" w:cs="Times New Roman"/>
          <w:szCs w:val="24"/>
          <w:lang w:val="lt-LT"/>
        </w:rPr>
        <w:t>(Data)</w:t>
      </w:r>
    </w:p>
    <w:p w14:paraId="7DB96AD2" w14:textId="77777777" w:rsidR="00A96424" w:rsidRPr="009E271F" w:rsidRDefault="00A96424" w:rsidP="00A96424">
      <w:pPr>
        <w:spacing w:line="240" w:lineRule="auto"/>
        <w:ind w:left="720" w:firstLine="0"/>
        <w:rPr>
          <w:rFonts w:eastAsia="Calibri" w:cs="Times New Roman"/>
          <w:szCs w:val="24"/>
          <w:lang w:val="lt-LT"/>
        </w:rPr>
      </w:pPr>
      <w:r w:rsidRPr="009E271F">
        <w:rPr>
          <w:rFonts w:eastAsia="Calibri" w:cs="Times New Roman"/>
          <w:szCs w:val="24"/>
          <w:lang w:val="lt-LT"/>
        </w:rPr>
        <w:t>Aš,   _______________________________________________________________________,</w:t>
      </w:r>
    </w:p>
    <w:p w14:paraId="4D43E55C" w14:textId="77777777" w:rsidR="00A96424" w:rsidRPr="009E271F" w:rsidRDefault="00A96424" w:rsidP="00A96424">
      <w:pPr>
        <w:spacing w:line="240" w:lineRule="auto"/>
        <w:ind w:firstLine="0"/>
        <w:rPr>
          <w:rFonts w:eastAsia="Calibri" w:cs="Times New Roman"/>
          <w:i/>
          <w:szCs w:val="24"/>
          <w:lang w:val="lt-LT"/>
        </w:rPr>
      </w:pPr>
      <w:r w:rsidRPr="009E271F">
        <w:rPr>
          <w:rFonts w:eastAsia="Calibri" w:cs="Times New Roman"/>
          <w:szCs w:val="24"/>
          <w:lang w:val="lt-LT"/>
        </w:rPr>
        <w:t>(vardas, pavardė, asmens tapatybę patvirtinančio dokumento numeris)</w:t>
      </w:r>
    </w:p>
    <w:p w14:paraId="40C2E9FE" w14:textId="77777777" w:rsidR="00A96424" w:rsidRPr="009E271F" w:rsidRDefault="00A96424" w:rsidP="00A96424">
      <w:pPr>
        <w:spacing w:line="240" w:lineRule="auto"/>
        <w:rPr>
          <w:rFonts w:eastAsia="Times New Roman" w:cs="Times New Roman"/>
          <w:szCs w:val="24"/>
          <w:lang w:val="lt-LT"/>
        </w:rPr>
      </w:pPr>
      <w:r w:rsidRPr="009E271F">
        <w:rPr>
          <w:rFonts w:eastAsia="Calibri" w:cs="Times New Roman"/>
          <w:b/>
          <w:szCs w:val="24"/>
          <w:lang w:val="lt-LT"/>
        </w:rPr>
        <w:t xml:space="preserve">sutinku, </w:t>
      </w:r>
      <w:r w:rsidRPr="009E271F">
        <w:rPr>
          <w:rFonts w:eastAsia="Times New Roman" w:cs="Times New Roman"/>
          <w:szCs w:val="24"/>
          <w:lang w:val="lt-LT"/>
        </w:rPr>
        <w:t xml:space="preserve">kad Duomenų valdytojas – Šakių rajono savivaldybės administracija, tvarkytų mano asmens duomenis </w:t>
      </w:r>
      <w:r w:rsidRPr="009E271F">
        <w:rPr>
          <w:rFonts w:eastAsia="Times New Roman" w:cs="Times New Roman"/>
          <w:b/>
          <w:szCs w:val="24"/>
          <w:lang w:val="lt-LT"/>
        </w:rPr>
        <w:t>(pažymi duomenų subjektas)</w:t>
      </w:r>
      <w:r w:rsidRPr="009E271F">
        <w:rPr>
          <w:rFonts w:eastAsia="Times New Roman" w:cs="Times New Roman"/>
          <w:szCs w:val="24"/>
          <w:lang w:val="lt-LT"/>
        </w:rPr>
        <w:t>:</w:t>
      </w:r>
    </w:p>
    <w:p w14:paraId="10977A83" w14:textId="77777777" w:rsidR="00A96424" w:rsidRPr="009E271F" w:rsidRDefault="00A96424" w:rsidP="00A96424">
      <w:pPr>
        <w:spacing w:line="240" w:lineRule="auto"/>
        <w:rPr>
          <w:rFonts w:eastAsia="Times New Roman" w:cs="Times New Roman"/>
          <w:szCs w:val="24"/>
          <w:lang w:val="lt-LT"/>
        </w:rPr>
      </w:pPr>
      <w:r w:rsidRPr="009E271F">
        <w:rPr>
          <w:rFonts w:eastAsia="Times New Roman" w:cs="Times New Roman"/>
          <w:b/>
          <w:szCs w:val="24"/>
          <w:lang w:val="lt-LT"/>
        </w:rPr>
        <w:t>□</w:t>
      </w:r>
      <w:r w:rsidRPr="009E271F">
        <w:rPr>
          <w:rFonts w:eastAsia="Times New Roman" w:cs="Times New Roman"/>
          <w:szCs w:val="24"/>
          <w:lang w:val="lt-LT"/>
        </w:rPr>
        <w:t xml:space="preserve"> </w:t>
      </w:r>
      <w:r w:rsidRPr="009E271F">
        <w:rPr>
          <w:rFonts w:eastAsia="Calibri" w:cs="Times New Roman"/>
          <w:szCs w:val="24"/>
          <w:lang w:val="lt-LT"/>
        </w:rPr>
        <w:t>vardą, pavardę, pareigas, darbovietę –</w:t>
      </w:r>
      <w:r w:rsidRPr="009E271F">
        <w:rPr>
          <w:rFonts w:eastAsia="Times New Roman" w:cs="Times New Roman"/>
          <w:szCs w:val="24"/>
          <w:lang w:val="lt-LT"/>
        </w:rPr>
        <w:t xml:space="preserve"> svarstyti mano galimybę gauti Metų mokytojo premiją</w:t>
      </w:r>
      <w:r w:rsidRPr="009E271F">
        <w:rPr>
          <w:rFonts w:eastAsia="Calibri" w:cs="Times New Roman"/>
          <w:szCs w:val="24"/>
          <w:lang w:val="lt-LT"/>
        </w:rPr>
        <w:t xml:space="preserve"> ir administruoti jos skyrimo procedūrą;</w:t>
      </w:r>
    </w:p>
    <w:p w14:paraId="1E43A0C6" w14:textId="77777777" w:rsidR="00A96424" w:rsidRPr="009E271F" w:rsidRDefault="00A96424" w:rsidP="00A96424">
      <w:pPr>
        <w:spacing w:line="240" w:lineRule="auto"/>
        <w:rPr>
          <w:rFonts w:eastAsia="Calibri" w:cs="Times New Roman"/>
          <w:szCs w:val="24"/>
          <w:lang w:val="lt-LT"/>
        </w:rPr>
      </w:pPr>
      <w:r w:rsidRPr="009E271F">
        <w:rPr>
          <w:rFonts w:eastAsia="Times New Roman" w:cs="Times New Roman"/>
          <w:b/>
          <w:szCs w:val="24"/>
          <w:lang w:val="lt-LT"/>
        </w:rPr>
        <w:t>□</w:t>
      </w:r>
      <w:r w:rsidRPr="009E271F">
        <w:rPr>
          <w:rFonts w:eastAsia="Times New Roman" w:cs="Times New Roman"/>
          <w:szCs w:val="24"/>
          <w:lang w:val="lt-LT"/>
        </w:rPr>
        <w:t xml:space="preserve"> telefono numerį, elektroninio pašto adresą – siųsti man pranešimus telefonu ir / ar elektroniniu paštu, siekiant prireikus suteikti ir (ar) gauti papildomos informacijos;</w:t>
      </w:r>
    </w:p>
    <w:p w14:paraId="237B93B7" w14:textId="77777777" w:rsidR="00A96424" w:rsidRPr="009E271F" w:rsidRDefault="00A96424" w:rsidP="00A96424">
      <w:pPr>
        <w:spacing w:line="240" w:lineRule="auto"/>
        <w:rPr>
          <w:rFonts w:eastAsia="Calibri" w:cs="Times New Roman"/>
          <w:szCs w:val="24"/>
          <w:lang w:val="lt-LT"/>
        </w:rPr>
      </w:pPr>
      <w:r w:rsidRPr="009E271F">
        <w:rPr>
          <w:rFonts w:eastAsia="Times New Roman" w:cs="Times New Roman"/>
          <w:b/>
          <w:szCs w:val="24"/>
          <w:lang w:val="lt-LT"/>
        </w:rPr>
        <w:t>□</w:t>
      </w:r>
      <w:r w:rsidRPr="009E271F">
        <w:rPr>
          <w:rFonts w:eastAsia="Calibri" w:cs="Times New Roman"/>
          <w:szCs w:val="24"/>
          <w:lang w:val="lt-LT"/>
        </w:rPr>
        <w:t xml:space="preserve"> gimimo datą – identifikuoti mane; </w:t>
      </w:r>
    </w:p>
    <w:p w14:paraId="56DE8768" w14:textId="77777777" w:rsidR="00A96424" w:rsidRPr="009E271F" w:rsidRDefault="00A96424" w:rsidP="00A96424">
      <w:pPr>
        <w:spacing w:line="240" w:lineRule="auto"/>
        <w:rPr>
          <w:rFonts w:eastAsia="Calibri" w:cs="Times New Roman"/>
          <w:szCs w:val="24"/>
          <w:lang w:val="lt-LT"/>
        </w:rPr>
      </w:pPr>
      <w:r w:rsidRPr="009E271F">
        <w:rPr>
          <w:rFonts w:eastAsia="Times New Roman" w:cs="Times New Roman"/>
          <w:b/>
          <w:szCs w:val="24"/>
          <w:lang w:val="lt-LT"/>
        </w:rPr>
        <w:t>□</w:t>
      </w:r>
      <w:r w:rsidRPr="009E271F">
        <w:rPr>
          <w:rFonts w:eastAsia="Calibri" w:cs="Times New Roman"/>
          <w:szCs w:val="24"/>
          <w:lang w:val="lt-LT"/>
        </w:rPr>
        <w:t xml:space="preserve"> vardą, pavardę, pareigas, darbovietę – paviešinti informaciją apie Metų mokytojo premijos skyrimą man.</w:t>
      </w:r>
    </w:p>
    <w:p w14:paraId="31FD75E7" w14:textId="77777777" w:rsidR="00A96424" w:rsidRPr="009E271F" w:rsidRDefault="00A96424" w:rsidP="00A96424">
      <w:pPr>
        <w:spacing w:line="240" w:lineRule="auto"/>
        <w:ind w:firstLine="709"/>
        <w:rPr>
          <w:rFonts w:eastAsia="Times New Roman" w:cs="Times New Roman"/>
          <w:szCs w:val="24"/>
          <w:lang w:val="lt-LT"/>
        </w:rPr>
      </w:pPr>
      <w:r w:rsidRPr="009E271F">
        <w:rPr>
          <w:rFonts w:eastAsia="Times New Roman" w:cs="Times New Roman"/>
          <w:szCs w:val="24"/>
          <w:lang w:val="lt-LT"/>
        </w:rPr>
        <w:t>Mano asmens duomenys bus tvarkomi ir saugomi laikantis Lietuvos vyriausiojo archyvaro priimtų teisės aktų, reglamentuojančių dokumentų valdymą, reikalavimų  nuo mano sutikimo gavimo momento.</w:t>
      </w:r>
    </w:p>
    <w:p w14:paraId="63A0DF94" w14:textId="77777777" w:rsidR="00A96424" w:rsidRPr="009E271F" w:rsidRDefault="00A96424" w:rsidP="00A96424">
      <w:pPr>
        <w:tabs>
          <w:tab w:val="left" w:pos="851"/>
        </w:tabs>
        <w:spacing w:line="240" w:lineRule="auto"/>
        <w:ind w:firstLine="709"/>
        <w:rPr>
          <w:rFonts w:eastAsia="Calibri" w:cs="Times New Roman"/>
          <w:szCs w:val="24"/>
          <w:lang w:val="lt-LT"/>
        </w:rPr>
      </w:pPr>
      <w:r w:rsidRPr="009E271F">
        <w:rPr>
          <w:rFonts w:eastAsia="Calibri" w:cs="Times New Roman"/>
          <w:b/>
          <w:szCs w:val="24"/>
          <w:lang w:val="lt-LT"/>
        </w:rPr>
        <w:t>Suprantu</w:t>
      </w:r>
      <w:r w:rsidRPr="009E271F">
        <w:rPr>
          <w:rFonts w:eastAsia="Calibri" w:cs="Times New Roman"/>
          <w:szCs w:val="24"/>
          <w:lang w:val="lt-LT"/>
        </w:rPr>
        <w:t xml:space="preserve">, kad </w:t>
      </w:r>
      <w:r w:rsidRPr="009E271F">
        <w:rPr>
          <w:rFonts w:eastAsia="Times New Roman" w:cs="Times New Roman"/>
          <w:szCs w:val="24"/>
          <w:lang w:val="lt-LT"/>
        </w:rPr>
        <w:t>turiu teisę atsisakyti nuo tokio duomenų tvarkymo, tokiu atveju suprantu, kad prarandu galimybę pretenduoti į Metų mokytojo premiją</w:t>
      </w:r>
      <w:r w:rsidRPr="009E271F">
        <w:rPr>
          <w:rFonts w:eastAsia="Calibri" w:cs="Times New Roman"/>
          <w:szCs w:val="24"/>
          <w:lang w:val="lt-LT"/>
        </w:rPr>
        <w:t>.</w:t>
      </w:r>
    </w:p>
    <w:p w14:paraId="2DAE279A" w14:textId="77777777" w:rsidR="00A96424" w:rsidRPr="009E271F" w:rsidRDefault="00A96424" w:rsidP="00A96424">
      <w:pPr>
        <w:spacing w:line="240" w:lineRule="auto"/>
        <w:ind w:firstLine="0"/>
        <w:rPr>
          <w:rFonts w:eastAsia="Times New Roman" w:cs="Times New Roman"/>
          <w:b/>
          <w:szCs w:val="24"/>
          <w:lang w:val="lt-LT"/>
        </w:rPr>
      </w:pPr>
      <w:r w:rsidRPr="009E271F">
        <w:rPr>
          <w:rFonts w:eastAsia="Times New Roman" w:cs="Times New Roman"/>
          <w:szCs w:val="24"/>
          <w:lang w:val="lt-LT"/>
        </w:rPr>
        <w:t xml:space="preserve">Pažymi duomenų subjektas:   </w:t>
      </w:r>
      <w:r w:rsidRPr="009E271F">
        <w:rPr>
          <w:rFonts w:eastAsia="Times New Roman" w:cs="Times New Roman"/>
          <w:b/>
          <w:szCs w:val="24"/>
          <w:lang w:val="lt-LT"/>
        </w:rPr>
        <w:t xml:space="preserve">□ sutinku          □ nesutinku   </w:t>
      </w:r>
    </w:p>
    <w:p w14:paraId="0D321BEF" w14:textId="77777777" w:rsidR="00A96424" w:rsidRPr="009E271F" w:rsidRDefault="00A96424" w:rsidP="00A96424">
      <w:pPr>
        <w:spacing w:line="240" w:lineRule="auto"/>
        <w:ind w:firstLine="0"/>
        <w:rPr>
          <w:rFonts w:eastAsia="Calibri" w:cs="Times New Roman"/>
          <w:szCs w:val="24"/>
          <w:lang w:val="lt-LT" w:eastAsia="ar-SA"/>
        </w:rPr>
      </w:pPr>
      <w:r w:rsidRPr="009E271F">
        <w:rPr>
          <w:rFonts w:eastAsia="Calibri" w:cs="Times New Roman"/>
          <w:szCs w:val="24"/>
          <w:lang w:val="lt-LT" w:eastAsia="ar-SA"/>
        </w:rPr>
        <w:t xml:space="preserve">___________________________________                      </w:t>
      </w:r>
      <w:r w:rsidRPr="009E271F">
        <w:rPr>
          <w:rFonts w:eastAsia="Calibri" w:cs="Times New Roman"/>
          <w:szCs w:val="24"/>
          <w:lang w:val="lt-LT" w:eastAsia="ar-SA"/>
        </w:rPr>
        <w:tab/>
        <w:t xml:space="preserve">   _______________</w:t>
      </w:r>
    </w:p>
    <w:p w14:paraId="56666342" w14:textId="77777777" w:rsidR="00A96424" w:rsidRPr="009E271F" w:rsidRDefault="00A96424" w:rsidP="00A96424">
      <w:pPr>
        <w:spacing w:line="240" w:lineRule="auto"/>
        <w:ind w:firstLine="0"/>
        <w:rPr>
          <w:rFonts w:eastAsia="Calibri" w:cs="Times New Roman"/>
          <w:szCs w:val="24"/>
          <w:lang w:val="lt-LT" w:eastAsia="ar-SA"/>
        </w:rPr>
      </w:pPr>
      <w:r w:rsidRPr="009E271F">
        <w:rPr>
          <w:rFonts w:eastAsia="Calibri" w:cs="Times New Roman"/>
          <w:szCs w:val="24"/>
          <w:lang w:val="lt-LT" w:eastAsia="ar-SA"/>
        </w:rPr>
        <w:t xml:space="preserve">                       (Vardas ir pavardė)                                                                (Parašas)</w:t>
      </w:r>
    </w:p>
    <w:p w14:paraId="30FAC719" w14:textId="77777777" w:rsidR="00A96424" w:rsidRPr="009E271F" w:rsidRDefault="00A96424" w:rsidP="00A96424">
      <w:pPr>
        <w:spacing w:line="240" w:lineRule="auto"/>
        <w:ind w:firstLine="0"/>
        <w:rPr>
          <w:rFonts w:eastAsia="Calibri" w:cs="Times New Roman"/>
          <w:szCs w:val="24"/>
          <w:lang w:val="lt-LT" w:eastAsia="ar-SA"/>
        </w:rPr>
      </w:pPr>
    </w:p>
    <w:p w14:paraId="1FB4E80B" w14:textId="77777777" w:rsidR="00A96424" w:rsidRPr="009E271F" w:rsidRDefault="00A96424" w:rsidP="00A96424">
      <w:pPr>
        <w:tabs>
          <w:tab w:val="left" w:pos="851"/>
        </w:tabs>
        <w:spacing w:line="240" w:lineRule="auto"/>
        <w:ind w:firstLine="709"/>
        <w:rPr>
          <w:rFonts w:eastAsia="Calibri" w:cs="Times New Roman"/>
          <w:szCs w:val="24"/>
          <w:lang w:val="lt-LT"/>
        </w:rPr>
      </w:pPr>
      <w:r w:rsidRPr="009E271F">
        <w:rPr>
          <w:rFonts w:eastAsia="Calibri" w:cs="Times New Roman"/>
          <w:b/>
          <w:szCs w:val="24"/>
          <w:lang w:val="lt-LT"/>
        </w:rPr>
        <w:t>Esu informuotas (-a)</w:t>
      </w:r>
      <w:r w:rsidRPr="009E271F">
        <w:rPr>
          <w:rFonts w:eastAsia="Calibri" w:cs="Times New Roman"/>
          <w:szCs w:val="24"/>
          <w:lang w:val="lt-LT"/>
        </w:rPr>
        <w:t xml:space="preserve">, kad </w:t>
      </w:r>
      <w:r w:rsidRPr="009E271F">
        <w:rPr>
          <w:rFonts w:eastAsia="Times New Roman" w:cs="Times New Roman"/>
          <w:szCs w:val="24"/>
          <w:lang w:val="lt-LT"/>
        </w:rPr>
        <w:t>galiu bet kuriuo metu atšaukti duotą sutikimą</w:t>
      </w:r>
      <w:r w:rsidRPr="009E271F">
        <w:rPr>
          <w:rFonts w:eastAsia="Calibri" w:cs="Times New Roman"/>
          <w:szCs w:val="24"/>
          <w:lang w:val="lt-LT"/>
        </w:rPr>
        <w:t>.</w:t>
      </w:r>
    </w:p>
    <w:p w14:paraId="7A36BF4A" w14:textId="77777777" w:rsidR="00A96424" w:rsidRPr="009E271F" w:rsidRDefault="00A96424" w:rsidP="00A96424">
      <w:pPr>
        <w:spacing w:line="240" w:lineRule="auto"/>
        <w:ind w:firstLine="709"/>
        <w:rPr>
          <w:rFonts w:eastAsia="Times New Roman" w:cs="Times New Roman"/>
          <w:szCs w:val="24"/>
          <w:lang w:val="lt-LT"/>
        </w:rPr>
      </w:pPr>
      <w:r w:rsidRPr="009E271F">
        <w:rPr>
          <w:rFonts w:eastAsia="Calibri" w:cs="Times New Roman"/>
          <w:b/>
          <w:szCs w:val="24"/>
          <w:lang w:val="lt-LT"/>
        </w:rPr>
        <w:t>Taip pat esu informuotas (-a)</w:t>
      </w:r>
      <w:r w:rsidRPr="009E271F">
        <w:rPr>
          <w:rFonts w:eastAsia="Calibri" w:cs="Times New Roman"/>
          <w:szCs w:val="24"/>
          <w:lang w:val="lt-LT"/>
        </w:rPr>
        <w:t>, kad</w:t>
      </w:r>
      <w:r w:rsidRPr="009E271F">
        <w:rPr>
          <w:rFonts w:eastAsia="Times New Roman" w:cs="Times New Roman"/>
          <w:szCs w:val="24"/>
          <w:lang w:val="lt-LT"/>
        </w:rPr>
        <w:t xml:space="preserve"> vadovaujantis ES Bendrojo duomenų apsaugos reglamento (toliau – BDAR) 15, 16, 17, 21 straipsniuose įtvirtintomis asmens duomenų subjekto teisėmis ir nustatyta tvarka turiu teisę: 1) žinoti (būti informuotas) apie mano asmens duomenų tvarkymą; 2) susipažinti su savo asmens duomenimis ir kaip jie yra tvarkomi; 3) reikalauti sunaikinti mano asmens duomenis arba sustabdyti mano asmens duomenų tvarkymo veiksmus, kai duomenys tvarkomi nesilaikant BDAR ir kitų</w:t>
      </w:r>
      <w:r w:rsidRPr="009E271F">
        <w:rPr>
          <w:rFonts w:eastAsia="Times New Roman" w:cs="Times New Roman"/>
          <w:b/>
          <w:szCs w:val="24"/>
          <w:lang w:val="lt-LT"/>
        </w:rPr>
        <w:t xml:space="preserve"> </w:t>
      </w:r>
      <w:r w:rsidRPr="009E271F">
        <w:rPr>
          <w:rFonts w:eastAsia="Times New Roman" w:cs="Times New Roman"/>
          <w:szCs w:val="24"/>
          <w:lang w:val="lt-LT"/>
        </w:rPr>
        <w:t xml:space="preserve">asmens duomenų tvarkymą reglamentuojančių teisės aktų nuostatų; 4) nesutikti, kad būtų tvarkomi mano asmens duomenys. </w:t>
      </w:r>
    </w:p>
    <w:p w14:paraId="21557D29" w14:textId="77777777" w:rsidR="00A96424" w:rsidRPr="009E271F" w:rsidRDefault="00A96424" w:rsidP="00A96424">
      <w:pPr>
        <w:spacing w:line="240" w:lineRule="auto"/>
        <w:ind w:firstLine="709"/>
        <w:rPr>
          <w:rFonts w:eastAsia="Times New Roman" w:cs="Times New Roman"/>
          <w:szCs w:val="24"/>
          <w:lang w:val="lt-LT"/>
        </w:rPr>
      </w:pPr>
      <w:r w:rsidRPr="009E271F">
        <w:rPr>
          <w:rFonts w:eastAsia="Times New Roman" w:cs="Times New Roman"/>
          <w:b/>
          <w:i/>
          <w:szCs w:val="24"/>
          <w:lang w:val="lt-LT"/>
        </w:rPr>
        <w:t>Asmens duomenys</w:t>
      </w:r>
      <w:r w:rsidRPr="009E271F">
        <w:rPr>
          <w:rFonts w:eastAsia="Times New Roman" w:cs="Times New Roman"/>
          <w:szCs w:val="24"/>
          <w:lang w:val="lt-LT"/>
        </w:rPr>
        <w:t xml:space="preserve">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 </w:t>
      </w:r>
    </w:p>
    <w:p w14:paraId="4AC49BAA" w14:textId="77777777" w:rsidR="00A96424" w:rsidRPr="009E271F" w:rsidRDefault="00A96424" w:rsidP="00A96424">
      <w:pPr>
        <w:spacing w:line="240" w:lineRule="auto"/>
        <w:ind w:firstLine="0"/>
        <w:jc w:val="center"/>
        <w:rPr>
          <w:rFonts w:eastAsia="Times New Roman" w:cs="Times New Roman"/>
          <w:szCs w:val="24"/>
        </w:rPr>
      </w:pPr>
      <w:r w:rsidRPr="009E271F">
        <w:rPr>
          <w:rFonts w:eastAsia="Times New Roman" w:cs="Times New Roman"/>
          <w:szCs w:val="24"/>
        </w:rPr>
        <w:t>_________________________</w:t>
      </w:r>
    </w:p>
    <w:p w14:paraId="7394A657" w14:textId="77777777" w:rsidR="00A96424" w:rsidRPr="009E271F" w:rsidRDefault="00A96424" w:rsidP="00A96424">
      <w:pPr>
        <w:spacing w:line="240" w:lineRule="auto"/>
        <w:ind w:firstLine="0"/>
        <w:jc w:val="center"/>
        <w:rPr>
          <w:rFonts w:eastAsia="Times New Roman" w:cs="Times New Roman"/>
          <w:szCs w:val="24"/>
        </w:rPr>
      </w:pPr>
    </w:p>
    <w:p w14:paraId="147BB0F9" w14:textId="776FC178" w:rsidR="001A3088" w:rsidRPr="009E271F" w:rsidRDefault="001A3088">
      <w:pPr>
        <w:spacing w:after="200" w:line="276" w:lineRule="auto"/>
        <w:ind w:firstLine="0"/>
        <w:jc w:val="left"/>
        <w:rPr>
          <w:rFonts w:eastAsia="Times New Roman" w:cs="Times New Roman"/>
          <w:szCs w:val="24"/>
          <w:lang w:val="lt-LT" w:eastAsia="lt-LT"/>
        </w:rPr>
      </w:pPr>
    </w:p>
    <w:sectPr w:rsidR="001A3088" w:rsidRPr="009E271F" w:rsidSect="005E0FE2">
      <w:headerReference w:type="default" r:id="rId10"/>
      <w:pgSz w:w="12240" w:h="15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B2A03" w14:textId="77777777" w:rsidR="006919D9" w:rsidRDefault="006919D9" w:rsidP="005E0FE2">
      <w:pPr>
        <w:spacing w:line="240" w:lineRule="auto"/>
      </w:pPr>
      <w:r>
        <w:separator/>
      </w:r>
    </w:p>
  </w:endnote>
  <w:endnote w:type="continuationSeparator" w:id="0">
    <w:p w14:paraId="498AA42E" w14:textId="77777777" w:rsidR="006919D9" w:rsidRDefault="006919D9" w:rsidP="005E0F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Courier">
    <w:panose1 w:val="02070409020205020404"/>
    <w:charset w:val="00"/>
    <w:family w:val="modern"/>
    <w:notTrueType/>
    <w:pitch w:val="fixed"/>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FDA65" w14:textId="77777777" w:rsidR="006919D9" w:rsidRDefault="006919D9" w:rsidP="005E0FE2">
      <w:pPr>
        <w:spacing w:line="240" w:lineRule="auto"/>
      </w:pPr>
      <w:r>
        <w:separator/>
      </w:r>
    </w:p>
  </w:footnote>
  <w:footnote w:type="continuationSeparator" w:id="0">
    <w:p w14:paraId="79A86574" w14:textId="77777777" w:rsidR="006919D9" w:rsidRDefault="006919D9" w:rsidP="005E0F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3521974"/>
      <w:docPartObj>
        <w:docPartGallery w:val="Page Numbers (Top of Page)"/>
        <w:docPartUnique/>
      </w:docPartObj>
    </w:sdtPr>
    <w:sdtEndPr/>
    <w:sdtContent>
      <w:p w14:paraId="3C9568F7" w14:textId="75265551" w:rsidR="005E0FE2" w:rsidRDefault="005E0FE2">
        <w:pPr>
          <w:pStyle w:val="Antrats"/>
          <w:jc w:val="center"/>
        </w:pPr>
        <w:r>
          <w:fldChar w:fldCharType="begin"/>
        </w:r>
        <w:r>
          <w:instrText>PAGE   \* MERGEFORMAT</w:instrText>
        </w:r>
        <w:r>
          <w:fldChar w:fldCharType="separate"/>
        </w:r>
        <w:r>
          <w:rPr>
            <w:lang w:val="lt-LT"/>
          </w:rPr>
          <w:t>2</w:t>
        </w:r>
        <w:r>
          <w:fldChar w:fldCharType="end"/>
        </w:r>
      </w:p>
    </w:sdtContent>
  </w:sdt>
  <w:p w14:paraId="07489A38" w14:textId="77777777" w:rsidR="005E0FE2" w:rsidRDefault="005E0FE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raassunumeriai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Sraassuenkleliai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Sraassuenkleliai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raassunumeriai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Sraassuenkleliais"/>
      <w:lvlText w:val=""/>
      <w:lvlJc w:val="left"/>
      <w:pPr>
        <w:tabs>
          <w:tab w:val="num" w:pos="360"/>
        </w:tabs>
        <w:ind w:left="360" w:hanging="360"/>
      </w:pPr>
      <w:rPr>
        <w:rFonts w:ascii="Symbol" w:hAnsi="Symbol" w:hint="default"/>
      </w:rPr>
    </w:lvl>
  </w:abstractNum>
  <w:abstractNum w:abstractNumId="9" w15:restartNumberingAfterBreak="0">
    <w:nsid w:val="00184AD5"/>
    <w:multiLevelType w:val="multilevel"/>
    <w:tmpl w:val="E3887242"/>
    <w:lvl w:ilvl="0">
      <w:start w:val="12"/>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0" w15:restartNumberingAfterBreak="0">
    <w:nsid w:val="01292D2D"/>
    <w:multiLevelType w:val="hybridMultilevel"/>
    <w:tmpl w:val="B1F47C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02E41B8E"/>
    <w:multiLevelType w:val="multilevel"/>
    <w:tmpl w:val="96000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172ACB"/>
    <w:multiLevelType w:val="hybridMultilevel"/>
    <w:tmpl w:val="B58894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0B29459F"/>
    <w:multiLevelType w:val="multilevel"/>
    <w:tmpl w:val="D5BE5C72"/>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color w:val="auto"/>
      </w:rPr>
    </w:lvl>
    <w:lvl w:ilvl="2">
      <w:start w:val="1"/>
      <w:numFmt w:val="decimal"/>
      <w:suff w:val="space"/>
      <w:lvlText w:val="%1.%2.%3."/>
      <w:lvlJc w:val="left"/>
      <w:pPr>
        <w:ind w:left="0" w:firstLine="720"/>
      </w:pPr>
      <w:rPr>
        <w:rFonts w:hint="default"/>
        <w:b w:val="0"/>
        <w:color w:val="auto"/>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4" w15:restartNumberingAfterBreak="0">
    <w:nsid w:val="0D64680C"/>
    <w:multiLevelType w:val="multilevel"/>
    <w:tmpl w:val="8540671E"/>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5" w15:restartNumberingAfterBreak="0">
    <w:nsid w:val="0D860BCA"/>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6" w15:restartNumberingAfterBreak="0">
    <w:nsid w:val="11F51E2D"/>
    <w:multiLevelType w:val="multilevel"/>
    <w:tmpl w:val="1B2E304A"/>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1A544BAD"/>
    <w:multiLevelType w:val="multilevel"/>
    <w:tmpl w:val="4CFA825A"/>
    <w:lvl w:ilvl="0">
      <w:start w:val="17"/>
      <w:numFmt w:val="decimal"/>
      <w:suff w:val="space"/>
      <w:lvlText w:val="%1."/>
      <w:lvlJc w:val="left"/>
      <w:pPr>
        <w:ind w:left="0" w:firstLine="720"/>
      </w:pPr>
      <w:rPr>
        <w:rFonts w:hint="default"/>
        <w:b w:val="0"/>
        <w:strike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8" w15:restartNumberingAfterBreak="0">
    <w:nsid w:val="1C16254A"/>
    <w:multiLevelType w:val="multilevel"/>
    <w:tmpl w:val="8540671E"/>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9" w15:restartNumberingAfterBreak="0">
    <w:nsid w:val="20CE2B81"/>
    <w:multiLevelType w:val="multilevel"/>
    <w:tmpl w:val="60ECD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F37622"/>
    <w:multiLevelType w:val="multilevel"/>
    <w:tmpl w:val="8540671E"/>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21" w15:restartNumberingAfterBreak="0">
    <w:nsid w:val="31B53839"/>
    <w:multiLevelType w:val="multilevel"/>
    <w:tmpl w:val="4C8023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6006EB9"/>
    <w:multiLevelType w:val="multilevel"/>
    <w:tmpl w:val="8540671E"/>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23" w15:restartNumberingAfterBreak="0">
    <w:nsid w:val="41261B62"/>
    <w:multiLevelType w:val="multilevel"/>
    <w:tmpl w:val="510CD3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4C9361D7"/>
    <w:multiLevelType w:val="hybridMultilevel"/>
    <w:tmpl w:val="7222E9D0"/>
    <w:lvl w:ilvl="0" w:tplc="BB5A24C2">
      <w:numFmt w:val="bullet"/>
      <w:lvlText w:val="•"/>
      <w:lvlJc w:val="left"/>
      <w:pPr>
        <w:ind w:left="786" w:hanging="360"/>
      </w:pPr>
      <w:rPr>
        <w:rFonts w:ascii="Times New Roman" w:eastAsiaTheme="minorEastAsia" w:hAnsi="Times New Roman" w:cs="Times New Roman" w:hint="default"/>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25" w15:restartNumberingAfterBreak="0">
    <w:nsid w:val="5D597AD4"/>
    <w:multiLevelType w:val="hybridMultilevel"/>
    <w:tmpl w:val="C3F4DFD4"/>
    <w:lvl w:ilvl="0" w:tplc="04270001">
      <w:start w:val="1"/>
      <w:numFmt w:val="bullet"/>
      <w:lvlText w:val=""/>
      <w:lvlJc w:val="left"/>
      <w:pPr>
        <w:ind w:left="1146" w:hanging="360"/>
      </w:pPr>
      <w:rPr>
        <w:rFonts w:ascii="Symbol" w:hAnsi="Symbol" w:hint="default"/>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26" w15:restartNumberingAfterBreak="0">
    <w:nsid w:val="60EE5B52"/>
    <w:multiLevelType w:val="hybridMultilevel"/>
    <w:tmpl w:val="2996AC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62356306"/>
    <w:multiLevelType w:val="multilevel"/>
    <w:tmpl w:val="4A26E4AE"/>
    <w:lvl w:ilvl="0">
      <w:start w:val="5"/>
      <w:numFmt w:val="decimal"/>
      <w:lvlText w:val="%1."/>
      <w:lvlJc w:val="left"/>
      <w:pPr>
        <w:ind w:left="360" w:hanging="360"/>
      </w:pPr>
      <w:rPr>
        <w:rFonts w:hint="default"/>
      </w:rPr>
    </w:lvl>
    <w:lvl w:ilvl="1">
      <w:start w:val="2"/>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8" w15:restartNumberingAfterBreak="0">
    <w:nsid w:val="63CB1F8E"/>
    <w:multiLevelType w:val="hybridMultilevel"/>
    <w:tmpl w:val="6DB4155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9" w15:restartNumberingAfterBreak="0">
    <w:nsid w:val="66D95C89"/>
    <w:multiLevelType w:val="multilevel"/>
    <w:tmpl w:val="8540671E"/>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30" w15:restartNumberingAfterBreak="0">
    <w:nsid w:val="68746B4D"/>
    <w:multiLevelType w:val="multilevel"/>
    <w:tmpl w:val="69FE9956"/>
    <w:lvl w:ilvl="0">
      <w:start w:val="5"/>
      <w:numFmt w:val="decimal"/>
      <w:lvlText w:val="%1"/>
      <w:lvlJc w:val="left"/>
      <w:pPr>
        <w:ind w:left="360" w:hanging="360"/>
      </w:pPr>
      <w:rPr>
        <w:rFonts w:hint="default"/>
        <w:b w:val="0"/>
      </w:rPr>
    </w:lvl>
    <w:lvl w:ilvl="1">
      <w:start w:val="4"/>
      <w:numFmt w:val="decimal"/>
      <w:lvlText w:val="%1.%2"/>
      <w:lvlJc w:val="left"/>
      <w:pPr>
        <w:ind w:left="928" w:hanging="360"/>
      </w:pPr>
      <w:rPr>
        <w:rFonts w:hint="default"/>
        <w:b w:val="0"/>
      </w:rPr>
    </w:lvl>
    <w:lvl w:ilvl="2">
      <w:start w:val="1"/>
      <w:numFmt w:val="decimal"/>
      <w:lvlText w:val="%1.%2.%3"/>
      <w:lvlJc w:val="left"/>
      <w:pPr>
        <w:ind w:left="1680" w:hanging="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31" w15:restartNumberingAfterBreak="0">
    <w:nsid w:val="6E6E318B"/>
    <w:multiLevelType w:val="multilevel"/>
    <w:tmpl w:val="C6ECFCE4"/>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2" w15:restartNumberingAfterBreak="0">
    <w:nsid w:val="74AC4A36"/>
    <w:multiLevelType w:val="hybridMultilevel"/>
    <w:tmpl w:val="83946CC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3" w15:restartNumberingAfterBreak="0">
    <w:nsid w:val="766F5D81"/>
    <w:multiLevelType w:val="multilevel"/>
    <w:tmpl w:val="EED29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9F640D"/>
    <w:multiLevelType w:val="multilevel"/>
    <w:tmpl w:val="3B20B85A"/>
    <w:lvl w:ilvl="0">
      <w:start w:val="5"/>
      <w:numFmt w:val="decimal"/>
      <w:lvlText w:val="%1."/>
      <w:lvlJc w:val="left"/>
      <w:pPr>
        <w:ind w:left="360" w:hanging="360"/>
      </w:pPr>
      <w:rPr>
        <w:rFonts w:hint="default"/>
      </w:rPr>
    </w:lvl>
    <w:lvl w:ilvl="1">
      <w:start w:val="3"/>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5" w15:restartNumberingAfterBreak="0">
    <w:nsid w:val="7CB875F8"/>
    <w:multiLevelType w:val="multilevel"/>
    <w:tmpl w:val="0C742C62"/>
    <w:lvl w:ilvl="0">
      <w:start w:val="7"/>
      <w:numFmt w:val="decimal"/>
      <w:suff w:val="space"/>
      <w:lvlText w:val="%1."/>
      <w:lvlJc w:val="left"/>
      <w:pPr>
        <w:ind w:left="0" w:firstLine="720"/>
      </w:pPr>
      <w:rPr>
        <w:rFonts w:hint="default"/>
        <w:b w:val="0"/>
        <w:color w:val="auto"/>
      </w:rPr>
    </w:lvl>
    <w:lvl w:ilvl="1">
      <w:start w:val="1"/>
      <w:numFmt w:val="decimal"/>
      <w:suff w:val="space"/>
      <w:lvlText w:val="%1.%2."/>
      <w:lvlJc w:val="left"/>
      <w:pPr>
        <w:ind w:left="0" w:firstLine="720"/>
      </w:pPr>
      <w:rPr>
        <w:rFonts w:hint="default"/>
        <w:b w:val="0"/>
        <w:color w:val="auto"/>
      </w:rPr>
    </w:lvl>
    <w:lvl w:ilvl="2">
      <w:start w:val="1"/>
      <w:numFmt w:val="decimal"/>
      <w:suff w:val="space"/>
      <w:lvlText w:val="%1.%2.%3."/>
      <w:lvlJc w:val="left"/>
      <w:pPr>
        <w:ind w:left="0" w:firstLine="720"/>
      </w:pPr>
      <w:rPr>
        <w:rFonts w:hint="default"/>
        <w:b w:val="0"/>
        <w:color w:val="auto"/>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2"/>
  </w:num>
  <w:num w:numId="11">
    <w:abstractNumId w:val="26"/>
  </w:num>
  <w:num w:numId="12">
    <w:abstractNumId w:val="10"/>
  </w:num>
  <w:num w:numId="13">
    <w:abstractNumId w:val="25"/>
  </w:num>
  <w:num w:numId="14">
    <w:abstractNumId w:val="24"/>
  </w:num>
  <w:num w:numId="15">
    <w:abstractNumId w:val="3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9"/>
  </w:num>
  <w:num w:numId="20">
    <w:abstractNumId w:val="33"/>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4"/>
  </w:num>
  <w:num w:numId="26">
    <w:abstractNumId w:val="30"/>
  </w:num>
  <w:num w:numId="27">
    <w:abstractNumId w:val="29"/>
  </w:num>
  <w:num w:numId="28">
    <w:abstractNumId w:val="18"/>
  </w:num>
  <w:num w:numId="29">
    <w:abstractNumId w:val="14"/>
  </w:num>
  <w:num w:numId="30">
    <w:abstractNumId w:val="13"/>
  </w:num>
  <w:num w:numId="31">
    <w:abstractNumId w:val="35"/>
  </w:num>
  <w:num w:numId="32">
    <w:abstractNumId w:val="22"/>
  </w:num>
  <w:num w:numId="33">
    <w:abstractNumId w:val="9"/>
  </w:num>
  <w:num w:numId="34">
    <w:abstractNumId w:val="20"/>
  </w:num>
  <w:num w:numId="35">
    <w:abstractNumId w:val="17"/>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1B5E"/>
    <w:rsid w:val="000055AE"/>
    <w:rsid w:val="00024AA2"/>
    <w:rsid w:val="00034616"/>
    <w:rsid w:val="00034CCF"/>
    <w:rsid w:val="00046794"/>
    <w:rsid w:val="00053B6C"/>
    <w:rsid w:val="000541FF"/>
    <w:rsid w:val="0006063C"/>
    <w:rsid w:val="00064C53"/>
    <w:rsid w:val="000868F9"/>
    <w:rsid w:val="0011072C"/>
    <w:rsid w:val="00122CA2"/>
    <w:rsid w:val="00141321"/>
    <w:rsid w:val="0015074B"/>
    <w:rsid w:val="00181133"/>
    <w:rsid w:val="00193813"/>
    <w:rsid w:val="001A3088"/>
    <w:rsid w:val="001A788C"/>
    <w:rsid w:val="001D1F11"/>
    <w:rsid w:val="001E6799"/>
    <w:rsid w:val="001E7E0D"/>
    <w:rsid w:val="001F362E"/>
    <w:rsid w:val="001F7812"/>
    <w:rsid w:val="001F7F64"/>
    <w:rsid w:val="00205D53"/>
    <w:rsid w:val="002073FE"/>
    <w:rsid w:val="00225616"/>
    <w:rsid w:val="00242C01"/>
    <w:rsid w:val="0029190F"/>
    <w:rsid w:val="0029639D"/>
    <w:rsid w:val="002A14C7"/>
    <w:rsid w:val="002A44AB"/>
    <w:rsid w:val="002C550B"/>
    <w:rsid w:val="002F4446"/>
    <w:rsid w:val="00304BCC"/>
    <w:rsid w:val="00322411"/>
    <w:rsid w:val="00326F90"/>
    <w:rsid w:val="0035333F"/>
    <w:rsid w:val="003712F8"/>
    <w:rsid w:val="00372E88"/>
    <w:rsid w:val="003F158F"/>
    <w:rsid w:val="003F6BA7"/>
    <w:rsid w:val="004063D9"/>
    <w:rsid w:val="00420554"/>
    <w:rsid w:val="00437252"/>
    <w:rsid w:val="00454BCB"/>
    <w:rsid w:val="004671FF"/>
    <w:rsid w:val="00481C10"/>
    <w:rsid w:val="0048262E"/>
    <w:rsid w:val="00483AEF"/>
    <w:rsid w:val="004866EC"/>
    <w:rsid w:val="00487E35"/>
    <w:rsid w:val="004939FA"/>
    <w:rsid w:val="004A63ED"/>
    <w:rsid w:val="004B55D2"/>
    <w:rsid w:val="004C37FC"/>
    <w:rsid w:val="004C5849"/>
    <w:rsid w:val="004E7379"/>
    <w:rsid w:val="004F751D"/>
    <w:rsid w:val="00540BA6"/>
    <w:rsid w:val="00546CC7"/>
    <w:rsid w:val="005573FF"/>
    <w:rsid w:val="00576A2A"/>
    <w:rsid w:val="005834FD"/>
    <w:rsid w:val="0059196D"/>
    <w:rsid w:val="00592F57"/>
    <w:rsid w:val="005C7CD9"/>
    <w:rsid w:val="005D59E5"/>
    <w:rsid w:val="005E0FE2"/>
    <w:rsid w:val="005E7B89"/>
    <w:rsid w:val="005F33C5"/>
    <w:rsid w:val="00630FAD"/>
    <w:rsid w:val="00644763"/>
    <w:rsid w:val="006773C4"/>
    <w:rsid w:val="006919D9"/>
    <w:rsid w:val="006B0C22"/>
    <w:rsid w:val="006E769D"/>
    <w:rsid w:val="006F219F"/>
    <w:rsid w:val="007236E3"/>
    <w:rsid w:val="00755BB1"/>
    <w:rsid w:val="00760D49"/>
    <w:rsid w:val="007957AA"/>
    <w:rsid w:val="007B7004"/>
    <w:rsid w:val="007B72F1"/>
    <w:rsid w:val="007C07A7"/>
    <w:rsid w:val="007C586E"/>
    <w:rsid w:val="007C7BE3"/>
    <w:rsid w:val="00816FB1"/>
    <w:rsid w:val="00825F80"/>
    <w:rsid w:val="00830AC0"/>
    <w:rsid w:val="00837AA1"/>
    <w:rsid w:val="0086614A"/>
    <w:rsid w:val="00867DA5"/>
    <w:rsid w:val="00874FB2"/>
    <w:rsid w:val="00877996"/>
    <w:rsid w:val="00880438"/>
    <w:rsid w:val="008917C9"/>
    <w:rsid w:val="00895844"/>
    <w:rsid w:val="008A4BDA"/>
    <w:rsid w:val="008A7698"/>
    <w:rsid w:val="008C0228"/>
    <w:rsid w:val="008C6075"/>
    <w:rsid w:val="00913871"/>
    <w:rsid w:val="00913C8D"/>
    <w:rsid w:val="00914C8A"/>
    <w:rsid w:val="00937137"/>
    <w:rsid w:val="00944CF0"/>
    <w:rsid w:val="00953DB1"/>
    <w:rsid w:val="00960605"/>
    <w:rsid w:val="00961416"/>
    <w:rsid w:val="00962641"/>
    <w:rsid w:val="00971E94"/>
    <w:rsid w:val="009877C1"/>
    <w:rsid w:val="0099465A"/>
    <w:rsid w:val="009C0912"/>
    <w:rsid w:val="009D2E26"/>
    <w:rsid w:val="009E271F"/>
    <w:rsid w:val="009E63CC"/>
    <w:rsid w:val="00A10222"/>
    <w:rsid w:val="00A474D9"/>
    <w:rsid w:val="00A50EAF"/>
    <w:rsid w:val="00A524FD"/>
    <w:rsid w:val="00A66EDC"/>
    <w:rsid w:val="00A85853"/>
    <w:rsid w:val="00A95910"/>
    <w:rsid w:val="00A96424"/>
    <w:rsid w:val="00AA1D8D"/>
    <w:rsid w:val="00AD3489"/>
    <w:rsid w:val="00AD78CA"/>
    <w:rsid w:val="00AE170B"/>
    <w:rsid w:val="00AF4664"/>
    <w:rsid w:val="00AF6B80"/>
    <w:rsid w:val="00B0123D"/>
    <w:rsid w:val="00B15C86"/>
    <w:rsid w:val="00B44B10"/>
    <w:rsid w:val="00B47730"/>
    <w:rsid w:val="00B552DA"/>
    <w:rsid w:val="00B8262B"/>
    <w:rsid w:val="00B83BE9"/>
    <w:rsid w:val="00B94B2F"/>
    <w:rsid w:val="00BE2C24"/>
    <w:rsid w:val="00C007C8"/>
    <w:rsid w:val="00C04BA4"/>
    <w:rsid w:val="00C3609E"/>
    <w:rsid w:val="00C604B1"/>
    <w:rsid w:val="00C6227A"/>
    <w:rsid w:val="00C64160"/>
    <w:rsid w:val="00C66D97"/>
    <w:rsid w:val="00CB0664"/>
    <w:rsid w:val="00CD0C94"/>
    <w:rsid w:val="00CE7F93"/>
    <w:rsid w:val="00CF423A"/>
    <w:rsid w:val="00CF5D40"/>
    <w:rsid w:val="00D364D8"/>
    <w:rsid w:val="00D41E99"/>
    <w:rsid w:val="00D45B95"/>
    <w:rsid w:val="00D56051"/>
    <w:rsid w:val="00D7242A"/>
    <w:rsid w:val="00D94E78"/>
    <w:rsid w:val="00E20104"/>
    <w:rsid w:val="00E24EBC"/>
    <w:rsid w:val="00E32477"/>
    <w:rsid w:val="00E3530E"/>
    <w:rsid w:val="00E3577E"/>
    <w:rsid w:val="00E51B75"/>
    <w:rsid w:val="00E750C0"/>
    <w:rsid w:val="00E96DC6"/>
    <w:rsid w:val="00EE025F"/>
    <w:rsid w:val="00EE3998"/>
    <w:rsid w:val="00EF0464"/>
    <w:rsid w:val="00F175E0"/>
    <w:rsid w:val="00F2091A"/>
    <w:rsid w:val="00F32DAE"/>
    <w:rsid w:val="00F43EE4"/>
    <w:rsid w:val="00F472F3"/>
    <w:rsid w:val="00F57ECD"/>
    <w:rsid w:val="00F67A3B"/>
    <w:rsid w:val="00FA584E"/>
    <w:rsid w:val="00FC18B6"/>
    <w:rsid w:val="00FC693F"/>
    <w:rsid w:val="00FE3E3E"/>
    <w:rsid w:val="00FE7078"/>
    <w:rsid w:val="00FF07D9"/>
    <w:rsid w:val="00FF3B2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2503EA"/>
  <w14:defaultImageDpi w14:val="300"/>
  <w15:docId w15:val="{E182E6A5-075D-4423-8EBE-A337DE760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8262B"/>
    <w:pPr>
      <w:spacing w:after="0" w:line="360" w:lineRule="auto"/>
      <w:ind w:firstLine="720"/>
      <w:jc w:val="both"/>
    </w:pPr>
    <w:rPr>
      <w:rFonts w:ascii="Times New Roman" w:hAnsi="Times New Roman"/>
      <w:sz w:val="24"/>
    </w:rPr>
  </w:style>
  <w:style w:type="paragraph" w:styleId="Antrat1">
    <w:name w:val="heading 1"/>
    <w:basedOn w:val="prastasis"/>
    <w:next w:val="prastasis"/>
    <w:link w:val="Antrat1Diagrama"/>
    <w:uiPriority w:val="9"/>
    <w:qFormat/>
    <w:rsid w:val="00C64160"/>
    <w:pPr>
      <w:keepNext/>
      <w:keepLines/>
      <w:ind w:firstLine="0"/>
      <w:jc w:val="center"/>
      <w:outlineLvl w:val="0"/>
    </w:pPr>
    <w:rPr>
      <w:rFonts w:eastAsiaTheme="majorEastAsia" w:cstheme="majorBidi"/>
      <w:b/>
      <w:bCs/>
      <w:caps/>
      <w:szCs w:val="28"/>
    </w:rPr>
  </w:style>
  <w:style w:type="paragraph" w:styleId="Antrat2">
    <w:name w:val="heading 2"/>
    <w:basedOn w:val="prastasis"/>
    <w:next w:val="prastasis"/>
    <w:link w:val="Antrat2Diagrama"/>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Antrat5">
    <w:name w:val="heading 5"/>
    <w:basedOn w:val="prastasis"/>
    <w:next w:val="prastasis"/>
    <w:link w:val="Antrat5Diagrama"/>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Antrat6">
    <w:name w:val="heading 6"/>
    <w:basedOn w:val="prastasis"/>
    <w:next w:val="prastasis"/>
    <w:link w:val="Antrat6Diagrama"/>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Antrat7">
    <w:name w:val="heading 7"/>
    <w:basedOn w:val="prastasis"/>
    <w:next w:val="prastasis"/>
    <w:link w:val="Antrat7Diagrama"/>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Antrat8">
    <w:name w:val="heading 8"/>
    <w:basedOn w:val="prastasis"/>
    <w:next w:val="prastasis"/>
    <w:link w:val="Antrat8Diagrama"/>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Antrat9">
    <w:name w:val="heading 9"/>
    <w:basedOn w:val="prastasis"/>
    <w:next w:val="prastasis"/>
    <w:link w:val="Antrat9Diagrama"/>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618BF"/>
    <w:pPr>
      <w:tabs>
        <w:tab w:val="center" w:pos="4680"/>
        <w:tab w:val="right" w:pos="9360"/>
      </w:tabs>
      <w:spacing w:line="240" w:lineRule="auto"/>
    </w:pPr>
  </w:style>
  <w:style w:type="character" w:customStyle="1" w:styleId="AntratsDiagrama">
    <w:name w:val="Antraštės Diagrama"/>
    <w:basedOn w:val="Numatytasispastraiposriftas"/>
    <w:link w:val="Antrats"/>
    <w:uiPriority w:val="99"/>
    <w:rsid w:val="00E618BF"/>
  </w:style>
  <w:style w:type="paragraph" w:styleId="Porat">
    <w:name w:val="footer"/>
    <w:basedOn w:val="prastasis"/>
    <w:link w:val="PoratDiagrama"/>
    <w:uiPriority w:val="99"/>
    <w:unhideWhenUsed/>
    <w:rsid w:val="00E618BF"/>
    <w:pPr>
      <w:tabs>
        <w:tab w:val="center" w:pos="4680"/>
        <w:tab w:val="right" w:pos="9360"/>
      </w:tabs>
      <w:spacing w:line="240" w:lineRule="auto"/>
    </w:pPr>
  </w:style>
  <w:style w:type="character" w:customStyle="1" w:styleId="PoratDiagrama">
    <w:name w:val="Poraštė Diagrama"/>
    <w:basedOn w:val="Numatytasispastraiposriftas"/>
    <w:link w:val="Porat"/>
    <w:uiPriority w:val="99"/>
    <w:rsid w:val="00E618BF"/>
  </w:style>
  <w:style w:type="paragraph" w:styleId="Betarp">
    <w:name w:val="No Spacing"/>
    <w:uiPriority w:val="1"/>
    <w:qFormat/>
    <w:rsid w:val="00FC693F"/>
    <w:pPr>
      <w:spacing w:after="0" w:line="240" w:lineRule="auto"/>
    </w:pPr>
  </w:style>
  <w:style w:type="character" w:customStyle="1" w:styleId="Antrat1Diagrama">
    <w:name w:val="Antraštė 1 Diagrama"/>
    <w:basedOn w:val="Numatytasispastraiposriftas"/>
    <w:link w:val="Antrat1"/>
    <w:uiPriority w:val="9"/>
    <w:rsid w:val="00C64160"/>
    <w:rPr>
      <w:rFonts w:ascii="Times New Roman" w:eastAsiaTheme="majorEastAsia" w:hAnsi="Times New Roman" w:cstheme="majorBidi"/>
      <w:b/>
      <w:bCs/>
      <w:caps/>
      <w:sz w:val="24"/>
      <w:szCs w:val="28"/>
    </w:rPr>
  </w:style>
  <w:style w:type="character" w:customStyle="1" w:styleId="Antrat2Diagrama">
    <w:name w:val="Antraštė 2 Diagrama"/>
    <w:basedOn w:val="Numatytasispastraiposriftas"/>
    <w:link w:val="Antrat2"/>
    <w:uiPriority w:val="9"/>
    <w:rsid w:val="00FC693F"/>
    <w:rPr>
      <w:rFonts w:asciiTheme="majorHAnsi" w:eastAsiaTheme="majorEastAsia" w:hAnsiTheme="majorHAnsi" w:cstheme="majorBidi"/>
      <w:b/>
      <w:bCs/>
      <w:color w:val="4F81BD" w:themeColor="accent1"/>
      <w:sz w:val="26"/>
      <w:szCs w:val="26"/>
    </w:rPr>
  </w:style>
  <w:style w:type="character" w:customStyle="1" w:styleId="Antrat3Diagrama">
    <w:name w:val="Antraštė 3 Diagrama"/>
    <w:basedOn w:val="Numatytasispastraiposriftas"/>
    <w:link w:val="Antrat3"/>
    <w:uiPriority w:val="9"/>
    <w:rsid w:val="00FC693F"/>
    <w:rPr>
      <w:rFonts w:asciiTheme="majorHAnsi" w:eastAsiaTheme="majorEastAsia" w:hAnsiTheme="majorHAnsi" w:cstheme="majorBidi"/>
      <w:b/>
      <w:bCs/>
      <w:color w:val="4F81BD" w:themeColor="accent1"/>
    </w:rPr>
  </w:style>
  <w:style w:type="paragraph" w:styleId="Pavadinimas">
    <w:name w:val="Title"/>
    <w:basedOn w:val="prastasis"/>
    <w:next w:val="prastasis"/>
    <w:link w:val="PavadinimasDiagrama"/>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avadinimasDiagrama">
    <w:name w:val="Pavadinimas Diagrama"/>
    <w:basedOn w:val="Numatytasispastraiposriftas"/>
    <w:link w:val="Pavadinimas"/>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aantrat">
    <w:name w:val="Subtitle"/>
    <w:basedOn w:val="prastasis"/>
    <w:next w:val="prastasis"/>
    <w:link w:val="PaantratDiagrama"/>
    <w:uiPriority w:val="11"/>
    <w:qFormat/>
    <w:rsid w:val="00FC693F"/>
    <w:pPr>
      <w:numPr>
        <w:ilvl w:val="1"/>
      </w:numPr>
      <w:ind w:firstLine="720"/>
    </w:pPr>
    <w:rPr>
      <w:rFonts w:asciiTheme="majorHAnsi" w:eastAsiaTheme="majorEastAsia" w:hAnsiTheme="majorHAnsi" w:cstheme="majorBidi"/>
      <w:i/>
      <w:iCs/>
      <w:color w:val="4F81BD" w:themeColor="accent1"/>
      <w:spacing w:val="15"/>
      <w:szCs w:val="24"/>
    </w:rPr>
  </w:style>
  <w:style w:type="character" w:customStyle="1" w:styleId="PaantratDiagrama">
    <w:name w:val="Paantraštė Diagrama"/>
    <w:basedOn w:val="Numatytasispastraiposriftas"/>
    <w:link w:val="Paantrat"/>
    <w:uiPriority w:val="11"/>
    <w:rsid w:val="00FC693F"/>
    <w:rPr>
      <w:rFonts w:asciiTheme="majorHAnsi" w:eastAsiaTheme="majorEastAsia" w:hAnsiTheme="majorHAnsi" w:cstheme="majorBidi"/>
      <w:i/>
      <w:iCs/>
      <w:color w:val="4F81BD" w:themeColor="accent1"/>
      <w:spacing w:val="15"/>
      <w:sz w:val="24"/>
      <w:szCs w:val="24"/>
    </w:rPr>
  </w:style>
  <w:style w:type="paragraph" w:styleId="Sraopastraipa">
    <w:name w:val="List Paragraph"/>
    <w:basedOn w:val="prastasis"/>
    <w:uiPriority w:val="1"/>
    <w:qFormat/>
    <w:rsid w:val="00FC693F"/>
    <w:pPr>
      <w:ind w:left="720"/>
      <w:contextualSpacing/>
    </w:pPr>
  </w:style>
  <w:style w:type="paragraph" w:styleId="Pagrindinistekstas">
    <w:name w:val="Body Text"/>
    <w:basedOn w:val="prastasis"/>
    <w:link w:val="PagrindinistekstasDiagrama"/>
    <w:uiPriority w:val="99"/>
    <w:unhideWhenUsed/>
    <w:rsid w:val="00AA1D8D"/>
    <w:pPr>
      <w:spacing w:after="120"/>
    </w:pPr>
  </w:style>
  <w:style w:type="character" w:customStyle="1" w:styleId="PagrindinistekstasDiagrama">
    <w:name w:val="Pagrindinis tekstas Diagrama"/>
    <w:basedOn w:val="Numatytasispastraiposriftas"/>
    <w:link w:val="Pagrindinistekstas"/>
    <w:uiPriority w:val="99"/>
    <w:rsid w:val="00AA1D8D"/>
  </w:style>
  <w:style w:type="paragraph" w:styleId="Pagrindinistekstas2">
    <w:name w:val="Body Text 2"/>
    <w:basedOn w:val="prastasis"/>
    <w:link w:val="Pagrindinistekstas2Diagrama"/>
    <w:uiPriority w:val="99"/>
    <w:unhideWhenUsed/>
    <w:rsid w:val="00AA1D8D"/>
    <w:pPr>
      <w:spacing w:after="120" w:line="480" w:lineRule="auto"/>
    </w:pPr>
  </w:style>
  <w:style w:type="character" w:customStyle="1" w:styleId="Pagrindinistekstas2Diagrama">
    <w:name w:val="Pagrindinis tekstas 2 Diagrama"/>
    <w:basedOn w:val="Numatytasispastraiposriftas"/>
    <w:link w:val="Pagrindinistekstas2"/>
    <w:uiPriority w:val="99"/>
    <w:rsid w:val="00AA1D8D"/>
  </w:style>
  <w:style w:type="paragraph" w:styleId="Pagrindinistekstas3">
    <w:name w:val="Body Text 3"/>
    <w:basedOn w:val="prastasis"/>
    <w:link w:val="Pagrindinistekstas3Diagrama"/>
    <w:uiPriority w:val="99"/>
    <w:unhideWhenUsed/>
    <w:rsid w:val="00AA1D8D"/>
    <w:pPr>
      <w:spacing w:after="120"/>
    </w:pPr>
    <w:rPr>
      <w:sz w:val="16"/>
      <w:szCs w:val="16"/>
    </w:rPr>
  </w:style>
  <w:style w:type="character" w:customStyle="1" w:styleId="Pagrindinistekstas3Diagrama">
    <w:name w:val="Pagrindinis tekstas 3 Diagrama"/>
    <w:basedOn w:val="Numatytasispastraiposriftas"/>
    <w:link w:val="Pagrindinistekstas3"/>
    <w:uiPriority w:val="99"/>
    <w:rsid w:val="00AA1D8D"/>
    <w:rPr>
      <w:sz w:val="16"/>
      <w:szCs w:val="16"/>
    </w:rPr>
  </w:style>
  <w:style w:type="paragraph" w:styleId="Sraas">
    <w:name w:val="List"/>
    <w:basedOn w:val="prastasis"/>
    <w:uiPriority w:val="99"/>
    <w:unhideWhenUsed/>
    <w:rsid w:val="00AA1D8D"/>
    <w:pPr>
      <w:ind w:left="360" w:hanging="360"/>
      <w:contextualSpacing/>
    </w:pPr>
  </w:style>
  <w:style w:type="paragraph" w:styleId="Sraas2">
    <w:name w:val="List 2"/>
    <w:basedOn w:val="prastasis"/>
    <w:uiPriority w:val="99"/>
    <w:unhideWhenUsed/>
    <w:rsid w:val="00326F90"/>
    <w:pPr>
      <w:ind w:left="720" w:hanging="360"/>
      <w:contextualSpacing/>
    </w:pPr>
  </w:style>
  <w:style w:type="paragraph" w:styleId="Sraas3">
    <w:name w:val="List 3"/>
    <w:basedOn w:val="prastasis"/>
    <w:uiPriority w:val="99"/>
    <w:unhideWhenUsed/>
    <w:rsid w:val="00326F90"/>
    <w:pPr>
      <w:ind w:left="1080" w:hanging="360"/>
      <w:contextualSpacing/>
    </w:pPr>
  </w:style>
  <w:style w:type="paragraph" w:styleId="Sraassuenkleliais">
    <w:name w:val="List Bullet"/>
    <w:basedOn w:val="prastasis"/>
    <w:uiPriority w:val="99"/>
    <w:unhideWhenUsed/>
    <w:rsid w:val="00326F90"/>
    <w:pPr>
      <w:numPr>
        <w:numId w:val="1"/>
      </w:numPr>
      <w:contextualSpacing/>
    </w:pPr>
  </w:style>
  <w:style w:type="paragraph" w:styleId="Sraassuenkleliais2">
    <w:name w:val="List Bullet 2"/>
    <w:basedOn w:val="prastasis"/>
    <w:uiPriority w:val="99"/>
    <w:unhideWhenUsed/>
    <w:rsid w:val="00326F90"/>
    <w:pPr>
      <w:numPr>
        <w:numId w:val="2"/>
      </w:numPr>
      <w:contextualSpacing/>
    </w:pPr>
  </w:style>
  <w:style w:type="paragraph" w:styleId="Sraassuenkleliais3">
    <w:name w:val="List Bullet 3"/>
    <w:basedOn w:val="prastasis"/>
    <w:uiPriority w:val="99"/>
    <w:unhideWhenUsed/>
    <w:rsid w:val="00326F90"/>
    <w:pPr>
      <w:numPr>
        <w:numId w:val="3"/>
      </w:numPr>
      <w:contextualSpacing/>
    </w:pPr>
  </w:style>
  <w:style w:type="paragraph" w:styleId="Sraassunumeriais">
    <w:name w:val="List Number"/>
    <w:basedOn w:val="prastasis"/>
    <w:uiPriority w:val="99"/>
    <w:unhideWhenUsed/>
    <w:rsid w:val="00326F90"/>
    <w:pPr>
      <w:numPr>
        <w:numId w:val="5"/>
      </w:numPr>
      <w:contextualSpacing/>
    </w:pPr>
  </w:style>
  <w:style w:type="paragraph" w:styleId="Sraassunumeriais2">
    <w:name w:val="List Number 2"/>
    <w:basedOn w:val="prastasis"/>
    <w:uiPriority w:val="99"/>
    <w:unhideWhenUsed/>
    <w:rsid w:val="0029639D"/>
    <w:pPr>
      <w:numPr>
        <w:numId w:val="6"/>
      </w:numPr>
      <w:contextualSpacing/>
    </w:pPr>
  </w:style>
  <w:style w:type="paragraph" w:styleId="Sraassunumeriais3">
    <w:name w:val="List Number 3"/>
    <w:basedOn w:val="prastasis"/>
    <w:uiPriority w:val="99"/>
    <w:unhideWhenUsed/>
    <w:rsid w:val="0029639D"/>
    <w:pPr>
      <w:numPr>
        <w:numId w:val="7"/>
      </w:numPr>
      <w:contextualSpacing/>
    </w:pPr>
  </w:style>
  <w:style w:type="paragraph" w:styleId="Sraotsinys">
    <w:name w:val="List Continue"/>
    <w:basedOn w:val="prastasis"/>
    <w:uiPriority w:val="99"/>
    <w:unhideWhenUsed/>
    <w:rsid w:val="0029639D"/>
    <w:pPr>
      <w:spacing w:after="120"/>
      <w:ind w:left="360"/>
      <w:contextualSpacing/>
    </w:pPr>
  </w:style>
  <w:style w:type="paragraph" w:styleId="Sraotsinys2">
    <w:name w:val="List Continue 2"/>
    <w:basedOn w:val="prastasis"/>
    <w:uiPriority w:val="99"/>
    <w:unhideWhenUsed/>
    <w:rsid w:val="0029639D"/>
    <w:pPr>
      <w:spacing w:after="120"/>
      <w:ind w:left="720"/>
      <w:contextualSpacing/>
    </w:pPr>
  </w:style>
  <w:style w:type="paragraph" w:styleId="Sraotsinys3">
    <w:name w:val="List Continue 3"/>
    <w:basedOn w:val="prastasis"/>
    <w:uiPriority w:val="99"/>
    <w:unhideWhenUsed/>
    <w:rsid w:val="0029639D"/>
    <w:pPr>
      <w:spacing w:after="120"/>
      <w:ind w:left="1080"/>
      <w:contextualSpacing/>
    </w:pPr>
  </w:style>
  <w:style w:type="paragraph" w:styleId="Makrokomandostekstas">
    <w:name w:val="macro"/>
    <w:link w:val="MakrokomandostekstasDiagrama"/>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komandostekstasDiagrama">
    <w:name w:val="Makrokomandos tekstas Diagrama"/>
    <w:basedOn w:val="Numatytasispastraiposriftas"/>
    <w:link w:val="Makrokomandostekstas"/>
    <w:uiPriority w:val="99"/>
    <w:rsid w:val="0029639D"/>
    <w:rPr>
      <w:rFonts w:ascii="Courier" w:hAnsi="Courier"/>
      <w:sz w:val="20"/>
      <w:szCs w:val="20"/>
    </w:rPr>
  </w:style>
  <w:style w:type="paragraph" w:styleId="Citata">
    <w:name w:val="Quote"/>
    <w:basedOn w:val="prastasis"/>
    <w:next w:val="prastasis"/>
    <w:link w:val="CitataDiagrama"/>
    <w:uiPriority w:val="29"/>
    <w:qFormat/>
    <w:rsid w:val="00FC693F"/>
    <w:rPr>
      <w:i/>
      <w:iCs/>
      <w:color w:val="000000" w:themeColor="text1"/>
    </w:rPr>
  </w:style>
  <w:style w:type="character" w:customStyle="1" w:styleId="CitataDiagrama">
    <w:name w:val="Citata Diagrama"/>
    <w:basedOn w:val="Numatytasispastraiposriftas"/>
    <w:link w:val="Citata"/>
    <w:uiPriority w:val="29"/>
    <w:rsid w:val="00FC693F"/>
    <w:rPr>
      <w:i/>
      <w:iCs/>
      <w:color w:val="000000" w:themeColor="text1"/>
    </w:rPr>
  </w:style>
  <w:style w:type="character" w:customStyle="1" w:styleId="Antrat4Diagrama">
    <w:name w:val="Antraštė 4 Diagrama"/>
    <w:basedOn w:val="Numatytasispastraiposriftas"/>
    <w:link w:val="Antrat4"/>
    <w:uiPriority w:val="9"/>
    <w:semiHidden/>
    <w:rsid w:val="00FC693F"/>
    <w:rPr>
      <w:rFonts w:asciiTheme="majorHAnsi" w:eastAsiaTheme="majorEastAsia" w:hAnsiTheme="majorHAnsi" w:cstheme="majorBidi"/>
      <w:b/>
      <w:bCs/>
      <w:i/>
      <w:iCs/>
      <w:color w:val="4F81BD" w:themeColor="accent1"/>
    </w:rPr>
  </w:style>
  <w:style w:type="character" w:customStyle="1" w:styleId="Antrat5Diagrama">
    <w:name w:val="Antraštė 5 Diagrama"/>
    <w:basedOn w:val="Numatytasispastraiposriftas"/>
    <w:link w:val="Antrat5"/>
    <w:uiPriority w:val="9"/>
    <w:semiHidden/>
    <w:rsid w:val="00FC693F"/>
    <w:rPr>
      <w:rFonts w:asciiTheme="majorHAnsi" w:eastAsiaTheme="majorEastAsia" w:hAnsiTheme="majorHAnsi" w:cstheme="majorBidi"/>
      <w:color w:val="243F60" w:themeColor="accent1" w:themeShade="7F"/>
    </w:rPr>
  </w:style>
  <w:style w:type="character" w:customStyle="1" w:styleId="Antrat6Diagrama">
    <w:name w:val="Antraštė 6 Diagrama"/>
    <w:basedOn w:val="Numatytasispastraiposriftas"/>
    <w:link w:val="Antrat6"/>
    <w:uiPriority w:val="9"/>
    <w:semiHidden/>
    <w:rsid w:val="00FC693F"/>
    <w:rPr>
      <w:rFonts w:asciiTheme="majorHAnsi" w:eastAsiaTheme="majorEastAsia" w:hAnsiTheme="majorHAnsi" w:cstheme="majorBidi"/>
      <w:i/>
      <w:iCs/>
      <w:color w:val="243F60" w:themeColor="accent1" w:themeShade="7F"/>
    </w:rPr>
  </w:style>
  <w:style w:type="character" w:customStyle="1" w:styleId="Antrat7Diagrama">
    <w:name w:val="Antraštė 7 Diagrama"/>
    <w:basedOn w:val="Numatytasispastraiposriftas"/>
    <w:link w:val="Antrat7"/>
    <w:uiPriority w:val="9"/>
    <w:semiHidden/>
    <w:rsid w:val="00FC693F"/>
    <w:rPr>
      <w:rFonts w:asciiTheme="majorHAnsi" w:eastAsiaTheme="majorEastAsia" w:hAnsiTheme="majorHAnsi" w:cstheme="majorBidi"/>
      <w:i/>
      <w:iCs/>
      <w:color w:val="404040" w:themeColor="text1" w:themeTint="BF"/>
    </w:rPr>
  </w:style>
  <w:style w:type="character" w:customStyle="1" w:styleId="Antrat8Diagrama">
    <w:name w:val="Antraštė 8 Diagrama"/>
    <w:basedOn w:val="Numatytasispastraiposriftas"/>
    <w:link w:val="Antrat8"/>
    <w:uiPriority w:val="9"/>
    <w:semiHidden/>
    <w:rsid w:val="00FC693F"/>
    <w:rPr>
      <w:rFonts w:asciiTheme="majorHAnsi" w:eastAsiaTheme="majorEastAsia" w:hAnsiTheme="majorHAnsi" w:cstheme="majorBidi"/>
      <w:color w:val="4F81BD" w:themeColor="accent1"/>
      <w:sz w:val="20"/>
      <w:szCs w:val="20"/>
    </w:rPr>
  </w:style>
  <w:style w:type="character" w:customStyle="1" w:styleId="Antrat9Diagrama">
    <w:name w:val="Antraštė 9 Diagrama"/>
    <w:basedOn w:val="Numatytasispastraiposriftas"/>
    <w:link w:val="Antrat9"/>
    <w:uiPriority w:val="9"/>
    <w:semiHidden/>
    <w:rsid w:val="00FC693F"/>
    <w:rPr>
      <w:rFonts w:asciiTheme="majorHAnsi" w:eastAsiaTheme="majorEastAsia" w:hAnsiTheme="majorHAnsi" w:cstheme="majorBidi"/>
      <w:i/>
      <w:iCs/>
      <w:color w:val="404040" w:themeColor="text1" w:themeTint="BF"/>
      <w:sz w:val="20"/>
      <w:szCs w:val="20"/>
    </w:rPr>
  </w:style>
  <w:style w:type="paragraph" w:styleId="Antrat">
    <w:name w:val="caption"/>
    <w:basedOn w:val="prastasis"/>
    <w:next w:val="prastasis"/>
    <w:uiPriority w:val="35"/>
    <w:semiHidden/>
    <w:unhideWhenUsed/>
    <w:qFormat/>
    <w:rsid w:val="00FC693F"/>
    <w:pPr>
      <w:spacing w:line="240" w:lineRule="auto"/>
    </w:pPr>
    <w:rPr>
      <w:b/>
      <w:bCs/>
      <w:color w:val="4F81BD" w:themeColor="accent1"/>
      <w:sz w:val="18"/>
      <w:szCs w:val="18"/>
    </w:rPr>
  </w:style>
  <w:style w:type="character" w:styleId="Grietas">
    <w:name w:val="Strong"/>
    <w:basedOn w:val="Numatytasispastraiposriftas"/>
    <w:uiPriority w:val="22"/>
    <w:qFormat/>
    <w:rsid w:val="00FC693F"/>
    <w:rPr>
      <w:b/>
      <w:bCs/>
    </w:rPr>
  </w:style>
  <w:style w:type="character" w:styleId="Emfaz">
    <w:name w:val="Emphasis"/>
    <w:basedOn w:val="Numatytasispastraiposriftas"/>
    <w:uiPriority w:val="20"/>
    <w:qFormat/>
    <w:rsid w:val="00FC693F"/>
    <w:rPr>
      <w:i/>
      <w:iCs/>
    </w:rPr>
  </w:style>
  <w:style w:type="paragraph" w:styleId="Iskirtacitata">
    <w:name w:val="Intense Quote"/>
    <w:basedOn w:val="prastasis"/>
    <w:next w:val="prastasis"/>
    <w:link w:val="IskirtacitataDiagrama"/>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skirtacitataDiagrama">
    <w:name w:val="Išskirta citata Diagrama"/>
    <w:basedOn w:val="Numatytasispastraiposriftas"/>
    <w:link w:val="Iskirtacitata"/>
    <w:uiPriority w:val="30"/>
    <w:rsid w:val="00FC693F"/>
    <w:rPr>
      <w:b/>
      <w:bCs/>
      <w:i/>
      <w:iCs/>
      <w:color w:val="4F81BD" w:themeColor="accent1"/>
    </w:rPr>
  </w:style>
  <w:style w:type="character" w:styleId="Nerykuspabraukimas">
    <w:name w:val="Subtle Emphasis"/>
    <w:basedOn w:val="Numatytasispastraiposriftas"/>
    <w:uiPriority w:val="19"/>
    <w:qFormat/>
    <w:rsid w:val="00FC693F"/>
    <w:rPr>
      <w:i/>
      <w:iCs/>
      <w:color w:val="808080" w:themeColor="text1" w:themeTint="7F"/>
    </w:rPr>
  </w:style>
  <w:style w:type="character" w:styleId="Rykuspabraukimas">
    <w:name w:val="Intense Emphasis"/>
    <w:basedOn w:val="Numatytasispastraiposriftas"/>
    <w:uiPriority w:val="21"/>
    <w:qFormat/>
    <w:rsid w:val="00FC693F"/>
    <w:rPr>
      <w:b/>
      <w:bCs/>
      <w:i/>
      <w:iCs/>
      <w:color w:val="4F81BD" w:themeColor="accent1"/>
    </w:rPr>
  </w:style>
  <w:style w:type="character" w:styleId="Nerykinuoroda">
    <w:name w:val="Subtle Reference"/>
    <w:basedOn w:val="Numatytasispastraiposriftas"/>
    <w:uiPriority w:val="31"/>
    <w:qFormat/>
    <w:rsid w:val="00FC693F"/>
    <w:rPr>
      <w:smallCaps/>
      <w:color w:val="C0504D" w:themeColor="accent2"/>
      <w:u w:val="single"/>
    </w:rPr>
  </w:style>
  <w:style w:type="character" w:styleId="Rykinuoroda">
    <w:name w:val="Intense Reference"/>
    <w:basedOn w:val="Numatytasispastraiposriftas"/>
    <w:uiPriority w:val="32"/>
    <w:qFormat/>
    <w:rsid w:val="00FC693F"/>
    <w:rPr>
      <w:b/>
      <w:bCs/>
      <w:smallCaps/>
      <w:color w:val="C0504D" w:themeColor="accent2"/>
      <w:spacing w:val="5"/>
      <w:u w:val="single"/>
    </w:rPr>
  </w:style>
  <w:style w:type="character" w:styleId="Knygospavadinimas">
    <w:name w:val="Book Title"/>
    <w:basedOn w:val="Numatytasispastraiposriftas"/>
    <w:uiPriority w:val="33"/>
    <w:qFormat/>
    <w:rsid w:val="00FC693F"/>
    <w:rPr>
      <w:b/>
      <w:bCs/>
      <w:smallCaps/>
      <w:spacing w:val="5"/>
    </w:rPr>
  </w:style>
  <w:style w:type="paragraph" w:styleId="Turinioantrat">
    <w:name w:val="TOC Heading"/>
    <w:basedOn w:val="Antrat1"/>
    <w:next w:val="prastasis"/>
    <w:uiPriority w:val="39"/>
    <w:semiHidden/>
    <w:unhideWhenUsed/>
    <w:qFormat/>
    <w:rsid w:val="00FC693F"/>
    <w:pPr>
      <w:outlineLvl w:val="9"/>
    </w:pPr>
  </w:style>
  <w:style w:type="table" w:styleId="Lentelstinklelis">
    <w:name w:val="Table Grid"/>
    <w:basedOn w:val="prastojilent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esusisspalvinimas">
    <w:name w:val="Light Shading"/>
    <w:basedOn w:val="prastojilent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viesusspalvinimas1parykinimas">
    <w:name w:val="Light Shading Accent 1"/>
    <w:basedOn w:val="prastojilent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viesusspalvinimas2parykinimas">
    <w:name w:val="Light Shading Accent 2"/>
    <w:basedOn w:val="prastojilent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viesusspalvinimas3parykinimas">
    <w:name w:val="Light Shading Accent 3"/>
    <w:basedOn w:val="prastojilent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viesusspalvinimas4parykinimas">
    <w:name w:val="Light Shading Accent 4"/>
    <w:basedOn w:val="prastojilent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viesusspalvinimas5parykinimas">
    <w:name w:val="Light Shading Accent 5"/>
    <w:basedOn w:val="prastojilent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viesusspalvinimas6parykinimas">
    <w:name w:val="Light Shading Accent 6"/>
    <w:basedOn w:val="prastojilent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viesussraas">
    <w:name w:val="Light List"/>
    <w:basedOn w:val="prastojilent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viesussraas1parykinimas">
    <w:name w:val="Light List Accent 1"/>
    <w:basedOn w:val="prastojilent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viesussraas2parykinimas">
    <w:name w:val="Light List Accent 2"/>
    <w:basedOn w:val="prastojilent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viesussraas3parykinimas">
    <w:name w:val="Light List Accent 3"/>
    <w:basedOn w:val="prastojilent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viesussraas4parykinimas">
    <w:name w:val="Light List Accent 4"/>
    <w:basedOn w:val="prastojilent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viesussraas5parykinimas">
    <w:name w:val="Light List Accent 5"/>
    <w:basedOn w:val="prastojilent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viesussraas6parykinimas">
    <w:name w:val="Light List Accent 6"/>
    <w:basedOn w:val="prastojilent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viesustinklelis">
    <w:name w:val="Light Grid"/>
    <w:basedOn w:val="prastojilent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viesustinklelis1parykinimas">
    <w:name w:val="Light Grid Accent 1"/>
    <w:basedOn w:val="prastojilent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viesustinklelis2parykinimas">
    <w:name w:val="Light Grid Accent 2"/>
    <w:basedOn w:val="prastojilent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viesustinklelis3parykinimas">
    <w:name w:val="Light Grid Accent 3"/>
    <w:basedOn w:val="prastojilent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viesustinklelis4parykinimas">
    <w:name w:val="Light Grid Accent 4"/>
    <w:basedOn w:val="prastojilent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viesustinklelis5parykinimas">
    <w:name w:val="Light Grid Accent 5"/>
    <w:basedOn w:val="prastojilent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viesustinklelis6parykinimas">
    <w:name w:val="Light Grid Accent 6"/>
    <w:basedOn w:val="prastojilent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vidutinisspalvinimas">
    <w:name w:val="Medium Shading 1"/>
    <w:basedOn w:val="prastojilent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vidutinisspalvinimas1parykinimas">
    <w:name w:val="Medium Shading 1 Accent 1"/>
    <w:basedOn w:val="prastojilent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vidutinisspalvinimas2parykinimas">
    <w:name w:val="Medium Shading 1 Accent 2"/>
    <w:basedOn w:val="prastojilent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vidutinisspalvinimas3parykinimas">
    <w:name w:val="Medium Shading 1 Accent 3"/>
    <w:basedOn w:val="prastojilent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vidutinisspalvinimas4parykinimas">
    <w:name w:val="Medium Shading 1 Accent 4"/>
    <w:basedOn w:val="prastojilent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vidutinisspalvinimas5parykinimas">
    <w:name w:val="Medium Shading 1 Accent 5"/>
    <w:basedOn w:val="prastojilent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vidutinisspalvinimas6parykinimas">
    <w:name w:val="Medium Shading 1 Accent 6"/>
    <w:basedOn w:val="prastojilent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vidutinisspalvinimas">
    <w:name w:val="Medium Shading 2"/>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1parykinimas">
    <w:name w:val="Medium Shading 2 Accent 1"/>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2parykinimas">
    <w:name w:val="Medium Shading 2 Accent 2"/>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3parykinimas">
    <w:name w:val="Medium Shading 2 Accent 3"/>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4parykinimas">
    <w:name w:val="Medium Shading 2 Accent 4"/>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5parykinimas">
    <w:name w:val="Medium Shading 2 Accent 5"/>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6parykinimas">
    <w:name w:val="Medium Shading 2 Accent 6"/>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vidutinissraas">
    <w:name w:val="Medium List 1"/>
    <w:basedOn w:val="prastojilent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vidutinissraas1parykinimas">
    <w:name w:val="Medium List 1 Accent 1"/>
    <w:basedOn w:val="prastojilent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vidutinissraas2parykinimas">
    <w:name w:val="Medium List 1 Accent 2"/>
    <w:basedOn w:val="prastojilent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vidutinissraas3parykinimas">
    <w:name w:val="Medium List 1 Accent 3"/>
    <w:basedOn w:val="prastojilent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vidutinissraas4parykinimas">
    <w:name w:val="Medium List 1 Accent 4"/>
    <w:basedOn w:val="prastojilent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vidutinissraas5parykinimas">
    <w:name w:val="Medium List 1 Accent 5"/>
    <w:basedOn w:val="prastojilent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vidutinissraas6parykinimas">
    <w:name w:val="Medium List 1 Accent 6"/>
    <w:basedOn w:val="prastojilent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vidutinissraas">
    <w:name w:val="Medium List 2"/>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1parykinimas">
    <w:name w:val="Medium List 2 Accent 1"/>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2parykinimas">
    <w:name w:val="Medium List 2 Accent 2"/>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3parykinimas">
    <w:name w:val="Medium List 2 Accent 3"/>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4parykinimas">
    <w:name w:val="Medium List 2 Accent 4"/>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5parykinimas">
    <w:name w:val="Medium List 2 Accent 5"/>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6parykinimas">
    <w:name w:val="Medium List 2 Accent 6"/>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vidutinistinklelis">
    <w:name w:val="Medium Grid 1"/>
    <w:basedOn w:val="prastojilent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vidutinistinklelis1parykinimas">
    <w:name w:val="Medium Grid 1 Accent 1"/>
    <w:basedOn w:val="prastojilent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vidutinistinklelis2parykinimas">
    <w:name w:val="Medium Grid 1 Accent 2"/>
    <w:basedOn w:val="prastojilent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vidutinistinklelis3parykinimas">
    <w:name w:val="Medium Grid 1 Accent 3"/>
    <w:basedOn w:val="prastojilent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vidutinistinklelis4parykinimas">
    <w:name w:val="Medium Grid 1 Accent 4"/>
    <w:basedOn w:val="prastojilent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vidutinistinklelis5parykinimas">
    <w:name w:val="Medium Grid 1 Accent 5"/>
    <w:basedOn w:val="prastojilent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vidutinistinklelis6parykinimas">
    <w:name w:val="Medium Grid 1 Accent 6"/>
    <w:basedOn w:val="prastojilent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vidutinistinklelis">
    <w:name w:val="Medium Grid 2"/>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vidutinistinklelis1parykinimas">
    <w:name w:val="Medium Grid 2 Accent 1"/>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vidutinistinklelis2parykinimas">
    <w:name w:val="Medium Grid 2 Accent 2"/>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vidutinistinklelis3parykinimas">
    <w:name w:val="Medium Grid 2 Accent 3"/>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vidutinistinklelis4parykinimas">
    <w:name w:val="Medium Grid 2 Accent 4"/>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vidutinistinklelis5parykinimas">
    <w:name w:val="Medium Grid 2 Accent 5"/>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vidutinistinklelis6parykinimas">
    <w:name w:val="Medium Grid 2 Accent 6"/>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vidutinistinklelis">
    <w:name w:val="Medium Grid 3"/>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vidutinistinklelis1parykinimas">
    <w:name w:val="Medium Grid 3 Accent 1"/>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vidutinistinklelis2parykinimas">
    <w:name w:val="Medium Grid 3 Accent 2"/>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vidutinistinklelis3parykinimas">
    <w:name w:val="Medium Grid 3 Accent 3"/>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vidutinistinklelis4parykinimas">
    <w:name w:val="Medium Grid 3 Accent 4"/>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vidutinistinklelis5parykinimas">
    <w:name w:val="Medium Grid 3 Accent 5"/>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vidutinistinklelis6parykinimas">
    <w:name w:val="Medium Grid 3 Accent 6"/>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amsussraas">
    <w:name w:val="Dark List"/>
    <w:basedOn w:val="prastojilent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sussraas1parykinimas">
    <w:name w:val="Dark List Accent 1"/>
    <w:basedOn w:val="prastojilent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sussraas2parykinimas">
    <w:name w:val="Dark List Accent 2"/>
    <w:basedOn w:val="prastojilent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sussraas3parykinimas">
    <w:name w:val="Dark List Accent 3"/>
    <w:basedOn w:val="prastojilent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sussraas4parykinimas">
    <w:name w:val="Dark List Accent 4"/>
    <w:basedOn w:val="prastojilent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sussraas5parykinimas">
    <w:name w:val="Dark List Accent 5"/>
    <w:basedOn w:val="prastojilent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sussraas6parykinimas">
    <w:name w:val="Dark List Accent 6"/>
    <w:basedOn w:val="prastojilent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palvotasspalvinimas">
    <w:name w:val="Colorful Shading"/>
    <w:basedOn w:val="prastojilent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palvotasspalvinimas1parykinimas">
    <w:name w:val="Colorful Shading Accent 1"/>
    <w:basedOn w:val="prastojilent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palvotasspalvinimas2parykinimas">
    <w:name w:val="Colorful Shading Accent 2"/>
    <w:basedOn w:val="prastojilent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palvotasspalvinimas3parykinimas">
    <w:name w:val="Colorful Shading Accent 3"/>
    <w:basedOn w:val="prastojilent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palvotasspalvinimas4parykinimas">
    <w:name w:val="Colorful Shading Accent 4"/>
    <w:basedOn w:val="prastojilent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palvotasspalvinimas5parykinimas">
    <w:name w:val="Colorful Shading Accent 5"/>
    <w:basedOn w:val="prastojilent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palvotasspalvinimas6parykinimas">
    <w:name w:val="Colorful Shading Accent 6"/>
    <w:basedOn w:val="prastojilent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Spalvotassraas">
    <w:name w:val="Colorful List"/>
    <w:basedOn w:val="prastojilent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Spalvotassraas1parykinimas">
    <w:name w:val="Colorful List Accent 1"/>
    <w:basedOn w:val="prastojilent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Spalvotassraas2parykinimas">
    <w:name w:val="Colorful List Accent 2"/>
    <w:basedOn w:val="prastojilent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Spalvotassraas3parykinimas">
    <w:name w:val="Colorful List Accent 3"/>
    <w:basedOn w:val="prastojilent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Spalvotassraas4parykinimas">
    <w:name w:val="Colorful List Accent 4"/>
    <w:basedOn w:val="prastojilent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Spalvotassraas5parykinimas">
    <w:name w:val="Colorful List Accent 5"/>
    <w:basedOn w:val="prastojilent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Spalvotassraas6parykinimas">
    <w:name w:val="Colorful List Accent 6"/>
    <w:basedOn w:val="prastojilent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Spalvotastinklelis">
    <w:name w:val="Colorful Grid"/>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palvotastinklelis1parykinimas">
    <w:name w:val="Colorful Grid Accent 1"/>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palvotastinklelis2parykinimas">
    <w:name w:val="Colorful Grid Accent 2"/>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palvotastinklelis3parykinimas">
    <w:name w:val="Colorful Grid Accent 3"/>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palvotastinklelis4parykinimas">
    <w:name w:val="Colorful Grid Accent 4"/>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palvotastinklelis5parykinimas">
    <w:name w:val="Colorful Grid Accent 5"/>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palvotastinklelis6parykinimas">
    <w:name w:val="Colorful Grid Accent 6"/>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prastasiniatinklio">
    <w:name w:val="Normal (Web)"/>
    <w:basedOn w:val="prastasis"/>
    <w:uiPriority w:val="99"/>
    <w:semiHidden/>
    <w:unhideWhenUsed/>
    <w:rsid w:val="00FF3B29"/>
    <w:pPr>
      <w:spacing w:before="100" w:beforeAutospacing="1" w:after="100" w:afterAutospacing="1" w:line="240" w:lineRule="auto"/>
    </w:pPr>
    <w:rPr>
      <w:rFonts w:ascii="Aptos" w:eastAsiaTheme="minorHAnsi" w:hAnsi="Aptos" w:cs="Aptos"/>
      <w:szCs w:val="24"/>
    </w:rPr>
  </w:style>
  <w:style w:type="paragraph" w:styleId="HTMLiankstoformatuotas">
    <w:name w:val="HTML Preformatted"/>
    <w:basedOn w:val="prastasis"/>
    <w:link w:val="HTMLiankstoformatuotasDiagrama"/>
    <w:uiPriority w:val="99"/>
    <w:rsid w:val="00242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960"/>
    </w:pPr>
    <w:rPr>
      <w:rFonts w:ascii="Courier New" w:eastAsia="Times New Roman"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uiPriority w:val="99"/>
    <w:qFormat/>
    <w:rsid w:val="00242C01"/>
    <w:rPr>
      <w:rFonts w:ascii="Courier New" w:eastAsia="Times New Roman" w:hAnsi="Courier New" w:cs="Courier New"/>
      <w:sz w:val="20"/>
      <w:szCs w:val="20"/>
      <w:lang w:val="lt-LT" w:eastAsia="lt-LT"/>
    </w:rPr>
  </w:style>
  <w:style w:type="character" w:styleId="Hipersaitas">
    <w:name w:val="Hyperlink"/>
    <w:basedOn w:val="Numatytasispastraiposriftas"/>
    <w:uiPriority w:val="99"/>
    <w:unhideWhenUsed/>
    <w:rsid w:val="00E96DC6"/>
    <w:rPr>
      <w:color w:val="0000FF" w:themeColor="hyperlink"/>
      <w:u w:val="single"/>
    </w:rPr>
  </w:style>
  <w:style w:type="character" w:styleId="Neapdorotaspaminjimas">
    <w:name w:val="Unresolved Mention"/>
    <w:basedOn w:val="Numatytasispastraiposriftas"/>
    <w:uiPriority w:val="99"/>
    <w:semiHidden/>
    <w:unhideWhenUsed/>
    <w:rsid w:val="00E96DC6"/>
    <w:rPr>
      <w:color w:val="605E5C"/>
      <w:shd w:val="clear" w:color="auto" w:fill="E1DFDD"/>
    </w:rPr>
  </w:style>
  <w:style w:type="paragraph" w:styleId="Pagrindiniotekstotrauka2">
    <w:name w:val="Body Text Indent 2"/>
    <w:basedOn w:val="prastasis"/>
    <w:link w:val="Pagrindiniotekstotrauka2Diagrama"/>
    <w:uiPriority w:val="99"/>
    <w:semiHidden/>
    <w:unhideWhenUsed/>
    <w:rsid w:val="00A474D9"/>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A47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kia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vivaldybe@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A5E19D9-2D8D-4A1E-9202-2FE1056D024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6B3B5-8CD8-4C98-A7C7-0DA74C739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5514</Words>
  <Characters>3144</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8641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Inga Kanapeckienė</cp:lastModifiedBy>
  <cp:revision>2</cp:revision>
  <cp:lastPrinted>2025-10-29T06:01:00Z</cp:lastPrinted>
  <dcterms:created xsi:type="dcterms:W3CDTF">2026-02-05T14:02:00Z</dcterms:created>
  <dcterms:modified xsi:type="dcterms:W3CDTF">2026-02-05T14:02:00Z</dcterms:modified>
  <cp:category/>
</cp:coreProperties>
</file>